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4"/>
        </w:rPr>
        <w:t>伊朗最高领袖哈梅内伊相关人物档案</w:t>
      </w:r>
    </w:p>
    <w:p/>
    <w:p>
      <w:pPr>
        <w:jc w:val="center"/>
      </w:pPr>
      <w:r>
        <w:rPr>
          <w:b/>
        </w:rPr>
        <w:t>采集时间：2026-04-21</w:t>
        <w:br/>
      </w:r>
      <w:r>
        <w:rPr>
          <w:b/>
        </w:rPr>
        <w:t>目标类型：political_personnel</w:t>
        <w:br/>
      </w:r>
      <w:r>
        <w:rPr>
          <w:b/>
        </w:rPr>
        <w:t>总计人数：10人</w:t>
      </w:r>
    </w:p>
    <w:p/>
    <w:p>
      <w:r>
        <w:t>____________________________________________________________</w:t>
      </w:r>
    </w:p>
    <w:p/>
    <w:p>
      <w:pPr>
        <w:pStyle w:val="Heading1"/>
      </w:pPr>
      <w:r>
        <w:t>政府官员</w:t>
      </w:r>
    </w:p>
    <w:p>
      <w:pPr>
        <w:pStyle w:val="Heading2"/>
      </w:pPr>
      <w:r>
        <w:t>1、易卜拉欣·莱希 (Ebrahim Raisi)</w:t>
      </w:r>
    </w:p>
    <w:p>
      <w:r>
        <w:rPr>
          <w:b/>
        </w:rPr>
        <w:t>• 中文名：</w:t>
      </w:r>
      <w:r>
        <w:t>易卜拉欣·莱希 (Ebrahim Raisi)</w:t>
        <w:br/>
      </w:r>
      <w:r>
        <w:rPr>
          <w:b/>
        </w:rPr>
        <w:t>• 英文名：</w:t>
      </w:r>
      <w:r>
        <w:t>Ebrahim Raisi</w:t>
        <w:br/>
      </w:r>
      <w:r>
        <w:rPr>
          <w:b/>
        </w:rPr>
        <w:t>• 与哈梅内伊关系：</w:t>
      </w:r>
      <w:r>
        <w:t>前总统</w:t>
        <w:br/>
      </w:r>
      <w:r>
        <w:rPr>
          <w:b/>
        </w:rPr>
        <w:t>• 出生日期：</w:t>
      </w:r>
      <w:r>
        <w:t>1960年</w:t>
        <w:br/>
      </w:r>
      <w:r>
        <w:rPr>
          <w:b/>
        </w:rPr>
        <w:t>• 职务：</w:t>
      </w:r>
      <w:r>
        <w:t>伊朗前总统（2021-2024）</w:t>
        <w:br/>
      </w:r>
      <w:r>
        <w:rPr>
          <w:b/>
        </w:rPr>
        <w:t>• 当前状态：</w:t>
      </w:r>
      <w:r>
        <w:t>据报在袭击中死亡</w:t>
        <w:br/>
      </w:r>
    </w:p>
    <w:p>
      <w:r>
        <w:rPr>
          <w:b/>
        </w:rPr>
        <w:t>• 简介：</w:t>
      </w:r>
      <w:r>
        <w:t>莱希是伊朗前总统，据报道在2026年2月的美以袭击中与哈梅内伊一同死亡。</w:t>
        <w:br/>
      </w:r>
    </w:p>
    <w:p>
      <w:r>
        <w:rPr>
          <w:b/>
        </w:rPr>
        <w:t>• 来源：</w:t>
      </w:r>
      <w:r>
        <w:rPr>
          <w:u w:val="single"/>
        </w:rPr>
        <w:t>https://en.wikipedia.org/wiki/Ebrahim_Raisi</w:t>
      </w:r>
    </w:p>
    <w:p/>
    <w:p>
      <w:pPr>
        <w:pStyle w:val="Heading2"/>
      </w:pPr>
      <w:r>
        <w:t>2、穆罕默德·贾瓦德·扎里夫 (Mohammad Javad Zarif)</w:t>
      </w:r>
    </w:p>
    <w:p>
      <w:r>
        <w:rPr>
          <w:b/>
        </w:rPr>
        <w:t>• 中文名：</w:t>
      </w:r>
      <w:r>
        <w:t>穆罕默德·贾瓦德·扎里夫 (Mohammad Javad Zarif)</w:t>
        <w:br/>
      </w:r>
      <w:r>
        <w:rPr>
          <w:b/>
        </w:rPr>
        <w:t>• 英文名：</w:t>
      </w:r>
      <w:r>
        <w:t>Mohammad Javad Zarif</w:t>
        <w:br/>
      </w:r>
      <w:r>
        <w:rPr>
          <w:b/>
        </w:rPr>
        <w:t>• 与哈梅内伊关系：</w:t>
      </w:r>
      <w:r>
        <w:t>前外交部长</w:t>
        <w:br/>
      </w:r>
      <w:r>
        <w:rPr>
          <w:b/>
        </w:rPr>
        <w:t>• 出生日期：</w:t>
      </w:r>
      <w:r>
        <w:t>1960年</w:t>
        <w:br/>
      </w:r>
      <w:r>
        <w:rPr>
          <w:b/>
        </w:rPr>
        <w:t>• 职务：</w:t>
      </w:r>
      <w:r>
        <w:t>伊朗前外交部长（2013-2021）</w:t>
        <w:br/>
      </w:r>
      <w:r>
        <w:rPr>
          <w:b/>
        </w:rPr>
        <w:t>• 当前状态：</w:t>
      </w:r>
      <w:r>
        <w:t>可能存活</w:t>
        <w:br/>
      </w:r>
    </w:p>
    <w:p>
      <w:r>
        <w:rPr>
          <w:b/>
        </w:rPr>
        <w:t>• 简介：</w:t>
      </w:r>
      <w:r>
        <w:t>扎里夫是伊朗前外交部长，曾主导伊核协议谈判，目前可能在政府中仍有影响力。</w:t>
        <w:br/>
      </w:r>
    </w:p>
    <w:p>
      <w:r>
        <w:rPr>
          <w:b/>
        </w:rPr>
        <w:t>• 来源：</w:t>
      </w:r>
      <w:r>
        <w:rPr>
          <w:u w:val="single"/>
        </w:rPr>
        <w:t>https://en.wikipedia.org/wiki/Mohammad_Javad_Zarif</w:t>
      </w:r>
    </w:p>
    <w:p/>
    <w:p>
      <w:pPr>
        <w:pStyle w:val="Heading2"/>
      </w:pPr>
      <w:r>
        <w:t>3、阿里·拉里贾尼 (Ali Larijani)</w:t>
      </w:r>
    </w:p>
    <w:p>
      <w:r>
        <w:rPr>
          <w:b/>
        </w:rPr>
        <w:t>• 中文名：</w:t>
      </w:r>
      <w:r>
        <w:t>阿里·拉里贾尼 (Ali Larijani)</w:t>
        <w:br/>
      </w:r>
      <w:r>
        <w:rPr>
          <w:b/>
        </w:rPr>
        <w:t>• 英文名：</w:t>
      </w:r>
      <w:r>
        <w:t>Ali Larijani</w:t>
        <w:br/>
      </w:r>
      <w:r>
        <w:rPr>
          <w:b/>
        </w:rPr>
        <w:t>• 与哈梅内伊关系：</w:t>
      </w:r>
      <w:r>
        <w:t>议会发言人</w:t>
        <w:br/>
      </w:r>
      <w:r>
        <w:rPr>
          <w:b/>
        </w:rPr>
        <w:t>• 出生日期：</w:t>
      </w:r>
      <w:r>
        <w:t>1958年</w:t>
        <w:br/>
      </w:r>
      <w:r>
        <w:rPr>
          <w:b/>
        </w:rPr>
        <w:t>• 职务：</w:t>
      </w:r>
      <w:r>
        <w:t>伊朗伊斯兰议会议长（2008-2020）</w:t>
        <w:br/>
      </w:r>
      <w:r>
        <w:rPr>
          <w:b/>
        </w:rPr>
        <w:t>• 当前状态：</w:t>
      </w:r>
      <w:r>
        <w:t>可能存活</w:t>
        <w:br/>
      </w:r>
    </w:p>
    <w:p>
      <w:r>
        <w:rPr>
          <w:b/>
        </w:rPr>
        <w:t>• 简介：</w:t>
      </w:r>
      <w:r>
        <w:t>拉里贾尼是伊朗资深政治人物，曾担任议长，目前仍是政坛重要人物。</w:t>
        <w:br/>
      </w:r>
    </w:p>
    <w:p>
      <w:r>
        <w:rPr>
          <w:b/>
        </w:rPr>
        <w:t>• 来源：</w:t>
      </w:r>
      <w:r>
        <w:rPr>
          <w:u w:val="single"/>
        </w:rPr>
        <w:t>https://en.wikipedia.org/wiki/Ali_Larijani</w:t>
      </w:r>
    </w:p>
    <w:p/>
    <w:p>
      <w:r>
        <w:t>____________________________________________________________</w:t>
      </w:r>
    </w:p>
    <w:p>
      <w:pPr>
        <w:jc w:val="center"/>
      </w:pPr>
      <w:r>
        <w:rPr>
          <w:i/>
        </w:rPr>
        <w:t>数据来源：公开新闻报道、BBC、Reuters、Britannica等</w:t>
      </w:r>
    </w:p>
    <w:p/>
    <w:p>
      <w:pPr>
        <w:jc w:val="center"/>
      </w:pPr>
      <w:r>
        <w:rPr>
          <w:i/>
        </w:rPr>
        <w:t>报告生成时间：2026-04-21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