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sz w:val="44"/>
        </w:rPr>
        <w:t>境外媒体关于新疆事宜周报</w:t>
      </w:r>
    </w:p>
    <w:p>
      <w:pPr>
        <w:jc w:val="center"/>
      </w:pPr>
      <w:r>
        <w:rPr>
          <w:sz w:val="32"/>
        </w:rPr>
        <w:t>（2026年4月14日-21日）</w:t>
      </w:r>
    </w:p>
    <w:p/>
    <w:p>
      <w:pPr>
        <w:jc w:val="center"/>
      </w:pPr>
      <w:r>
        <w:rPr>
          <w:b/>
        </w:rPr>
        <w:t>报告编制：瞰宇</w:t>
        <w:br/>
      </w:r>
      <w:r>
        <w:rPr>
          <w:b/>
        </w:rPr>
        <w:t>日期：2026年4月21日</w:t>
      </w:r>
    </w:p>
    <w:p>
      <w:r>
        <w:t>____________________________________________________________</w:t>
      </w:r>
    </w:p>
    <w:p/>
    <w:p>
      <w:pPr>
        <w:pStyle w:val="Heading1"/>
      </w:pPr>
      <w:r>
        <w:t>第一章　境外官方报道信息</w:t>
      </w:r>
    </w:p>
    <w:p>
      <w:pPr>
        <w:pStyle w:val="Heading2"/>
      </w:pPr>
      <w:r>
        <w:t>一、哈萨克斯坦法院判决19人因抗议中国新疆政策入狱</w:t>
      </w:r>
    </w:p>
    <w:p>
      <w:r>
        <w:rPr>
          <w:b/>
        </w:rPr>
        <w:t>正文阐述：</w:t>
      </w:r>
      <w:r>
        <w:t>4月13日，哈萨克斯坦阿拉木图州法院判决19名"Atajurt"活动人士有罪，他们于2025年11月在边境城市塔尔德科尔根举行抗议，要求释放一名在新疆被拘留的哈萨克族公民。被告被指控"煽动民族仇恨"，数人被判5年监禁，其余被处以非监禁处罚。报道称检方行动系应北京外交投诉而起，此案被视为中国在哈萨克斯坦影响力的"晴雨表"。</w:t>
      </w:r>
    </w:p>
    <w:p>
      <w:r>
        <w:rPr>
          <w:b/>
        </w:rPr>
        <w:t>原文链接：</w:t>
      </w:r>
      <w:r>
        <w:rPr>
          <w:u w:val="single"/>
        </w:rPr>
        <w:t>https://www.rferl.org/a/court-kazakhstan-guilty-verdict-anti-china-protests/33731238.html</w:t>
      </w:r>
    </w:p>
    <w:p>
      <w:pPr>
        <w:pStyle w:val="Heading2"/>
      </w:pPr>
      <w:r>
        <w:t>二、美国对包括中国在内的60个经济体启动"强迫劳动"贸易调查</w:t>
      </w:r>
    </w:p>
    <w:p>
      <w:r>
        <w:rPr>
          <w:b/>
        </w:rPr>
        <w:t>正文阐述：</w:t>
      </w:r>
      <w:r>
        <w:t>3月12日，美国贸易代表办公室发表声明称将对中国、欧盟、印度和墨西哥等60个经济体启动"第301(b)条"经济调查。美国贸易代表杰米森·格里尔表示："尽管国际社会对强迫劳动达成共识，但各国政府未能实施和有效执行禁止强迫劳动生产的商品进入其市场的措施。这些调查将确定外国政府是否已采取足够措施禁止进口用强迫劳动生产的商品。"</w:t>
      </w:r>
    </w:p>
    <w:p>
      <w:r>
        <w:rPr>
          <w:b/>
        </w:rPr>
        <w:t>原文链接：</w:t>
      </w:r>
      <w:r>
        <w:rPr>
          <w:u w:val="single"/>
        </w:rPr>
        <w:t>https://www.cnbc.com/2026/03/13/us-section-301-probe-trade-trump-labor-practices.html</w:t>
      </w:r>
    </w:p>
    <w:p>
      <w:pPr>
        <w:pStyle w:val="Heading2"/>
      </w:pPr>
      <w:r>
        <w:t>三、人权观察称"对维吾尔人的迫害仍在持续"</w:t>
      </w:r>
    </w:p>
    <w:p>
      <w:r>
        <w:rPr>
          <w:b/>
        </w:rPr>
        <w:t>正文阐述：</w:t>
      </w:r>
      <w:r>
        <w:t>人权观察于4月20日发布报告，声称"当世界继续前进时，对维吾尔人的迫害仍在持续"，渲染国际关注度下降但针对维吾尔人的迫害仍在继续的叙事。</w:t>
      </w:r>
    </w:p>
    <w:p>
      <w:r>
        <w:rPr>
          <w:b/>
        </w:rPr>
        <w:t>原文链接：</w:t>
      </w:r>
      <w:r>
        <w:rPr>
          <w:u w:val="single"/>
        </w:rPr>
        <w:t>https://www.hrw.org/news/2026/04/20/repression-uyghurs-persists-world-moves</w:t>
      </w:r>
    </w:p>
    <w:p>
      <w:pPr>
        <w:pStyle w:val="Heading2"/>
      </w:pPr>
      <w:r>
        <w:t>四、大西洋理事会称维吾尔社区需要跨境保护</w:t>
      </w:r>
    </w:p>
    <w:p>
      <w:r>
        <w:rPr>
          <w:b/>
        </w:rPr>
        <w:t>正文阐述：</w:t>
      </w:r>
      <w:r>
        <w:t>大西洋理事会于4月16日发布文章，声称联合国人权理事会第61届会议期间，高级专员沃尔克·蒂尔克强调需要加强对中国在新疆行为的问责，并援引联合国人权高专办2022年报告，声称对维吾尔人的迫害可能构成危害人类罪。</w:t>
      </w:r>
    </w:p>
    <w:p>
      <w:r>
        <w:rPr>
          <w:b/>
        </w:rPr>
        <w:t>原文链接：</w:t>
      </w:r>
      <w:r>
        <w:rPr>
          <w:u w:val="single"/>
        </w:rPr>
        <w:t>https://www.atlanticcouncil.org/dispatches/dispatch-from-geneva-uyghur-communities-need-cross-border-protection-from-chinas-ongoing-atrocities/</w:t>
      </w:r>
    </w:p>
    <w:p>
      <w:pPr>
        <w:pStyle w:val="Heading1"/>
      </w:pPr>
      <w:r>
        <w:t>第二章　境外主流媒体、智库</w:t>
      </w:r>
    </w:p>
    <w:p>
      <w:pPr>
        <w:pStyle w:val="Heading2"/>
      </w:pPr>
      <w:r>
        <w:t>一、澳媒称世界继续前进但对维吾尔人迫害仍在持续</w:t>
      </w:r>
    </w:p>
    <w:p>
      <w:r>
        <w:rPr>
          <w:b/>
        </w:rPr>
        <w:t>正文阐述：</w:t>
      </w:r>
      <w:r>
        <w:t>澳大利亚广播公司（ABC）宗教与伦理板块于4月20日发表文章，声称随着时间推移和国际注意力转移到其他危机，对维吾尔人权利问题的关注正在减弱，但"迫害并未停止"，呼吁国际社会继续关注。</w:t>
      </w:r>
    </w:p>
    <w:p>
      <w:r>
        <w:rPr>
          <w:b/>
        </w:rPr>
        <w:t>原文链接：</w:t>
      </w:r>
      <w:r>
        <w:rPr>
          <w:u w:val="single"/>
        </w:rPr>
        <w:t>https://www.abc.net.au/news/2026-04-20/repression-uyghurs-persists-world-moves</w:t>
      </w:r>
    </w:p>
    <w:p>
      <w:pPr>
        <w:pStyle w:val="Heading2"/>
      </w:pPr>
      <w:r>
        <w:t>二、《外交政策》称新疆压迫已演变而非结束</w:t>
      </w:r>
    </w:p>
    <w:p>
      <w:r>
        <w:rPr>
          <w:b/>
        </w:rPr>
        <w:t>正文阐述：</w:t>
      </w:r>
      <w:r>
        <w:t>《外交政策》于4月16日发表分析文章，声称中国在新疆的压迫手段已经"演变"而非完全终止，分析了新疆政策的最新变化，声称中国政府正在采用更复杂的方式来控制维吾尔族人口。</w:t>
      </w:r>
    </w:p>
    <w:p>
      <w:r>
        <w:rPr>
          <w:b/>
        </w:rPr>
        <w:t>原文链接：</w:t>
      </w:r>
      <w:r>
        <w:rPr>
          <w:u w:val="single"/>
        </w:rPr>
        <w:t>https://foreignpolicy.com/2026/04/16/xinjiang-uyghur-repression-china-evolved/</w:t>
      </w:r>
    </w:p>
    <w:p>
      <w:pPr>
        <w:pStyle w:val="Heading2"/>
      </w:pPr>
      <w:r>
        <w:t>三、前新疆警察张亚博叛逃德国</w:t>
      </w:r>
    </w:p>
    <w:p>
      <w:r>
        <w:rPr>
          <w:b/>
        </w:rPr>
        <w:t>正文阐述：</w:t>
      </w:r>
      <w:r>
        <w:t>前新疆警察张亚博叛逃德国并披露拘留系统内部情况。Vision Times等媒体报道了这一事件，称其提供了所谓"第一手"证据。World Uyghur Congress借此呼吁各国政府对中国施加更大压力。</w:t>
      </w:r>
    </w:p>
    <w:p>
      <w:r>
        <w:rPr>
          <w:b/>
        </w:rPr>
        <w:t>原文链接：</w:t>
      </w:r>
      <w:r>
        <w:rPr>
          <w:u w:val="single"/>
        </w:rPr>
        <w:t>https://www.visiontimes.com/2026/04/18/xinjiang-police-officer-defects-to-germany/</w:t>
      </w:r>
    </w:p>
    <w:p>
      <w:pPr>
        <w:pStyle w:val="Heading2"/>
      </w:pPr>
      <w:r>
        <w:t>四、《每月评论》对"维吾尔种族灭绝"叙事进行批判性分析</w:t>
      </w:r>
    </w:p>
    <w:p>
      <w:r>
        <w:rPr>
          <w:b/>
        </w:rPr>
        <w:t>正文阐述：</w:t>
      </w:r>
      <w:r>
        <w:t>左翼杂志《每月评论》于4月1日发表文章，从左翼视角探讨新疆发展的真实情况，对"维吾尔种族灭绝"叙事进行批判性分析，在西方媒体中属于少数理性声音。</w:t>
      </w:r>
    </w:p>
    <w:p>
      <w:r>
        <w:rPr>
          <w:b/>
        </w:rPr>
        <w:t>原文链接：</w:t>
      </w:r>
      <w:r>
        <w:rPr>
          <w:u w:val="single"/>
        </w:rPr>
        <w:t>https://monthlyreview.org/2026/04/01/the-idea-of-the-uyghur-genocide-and-the-realities-of-xinjiang/</w:t>
      </w:r>
    </w:p>
    <w:p>
      <w:pPr>
        <w:pStyle w:val="Heading1"/>
      </w:pPr>
      <w:r>
        <w:t>第三章　小众媒体</w:t>
      </w:r>
    </w:p>
    <w:p>
      <w:pPr>
        <w:pStyle w:val="Heading2"/>
      </w:pPr>
      <w:r>
        <w:t>一、《Bitter Winter》渲染中哈关系受中国施压</w:t>
      </w:r>
    </w:p>
    <w:p>
      <w:r>
        <w:rPr>
          <w:b/>
        </w:rPr>
        <w:t>正文阐述：</w:t>
      </w:r>
      <w:r>
        <w:t>反华媒体《Bitter Winter》于4月20日发表文章，渲染所谓"不健康的中哈和解"，声称中国对哈萨克斯坦施加压力导致反华抗议者被大规模监禁。</w:t>
      </w:r>
    </w:p>
    <w:p>
      <w:r>
        <w:rPr>
          <w:b/>
        </w:rPr>
        <w:t>原文链接：</w:t>
      </w:r>
      <w:r>
        <w:rPr>
          <w:u w:val="single"/>
        </w:rPr>
        <w:t>https://bitterwinter.io/kazakhstan-china-protesters-imprisoned</w:t>
      </w:r>
    </w:p>
    <w:p>
      <w:pPr>
        <w:pStyle w:val="Heading2"/>
      </w:pPr>
      <w:r>
        <w:t>二、《The Diplomat》报道Atajurt活动人士被判刑</w:t>
      </w:r>
    </w:p>
    <w:p>
      <w:r>
        <w:rPr>
          <w:b/>
        </w:rPr>
        <w:t>正文阐述：</w:t>
      </w:r>
      <w:r>
        <w:t>《The Diplomat》于4月16日详细报道了哈萨克斯坦Atajurt活动人士焚烧中国国旗被判刑的事件，数人被判5年监禁。</w:t>
      </w:r>
    </w:p>
    <w:p>
      <w:r>
        <w:rPr>
          <w:b/>
        </w:rPr>
        <w:t>原文链接：</w:t>
      </w:r>
      <w:r>
        <w:rPr>
          <w:u w:val="single"/>
        </w:rPr>
        <w:t>https://thediplomat.com/2026/04/kazakhstan-sentences-19-activists-for-protesting-chinas-xinjiang-policies/</w:t>
      </w:r>
    </w:p>
    <w:p>
      <w:pPr>
        <w:pStyle w:val="Heading2"/>
      </w:pPr>
      <w:r>
        <w:t>三、《Eurasia Review》分析哈萨克斯坦夫妇新疆相关案件</w:t>
      </w:r>
    </w:p>
    <w:p>
      <w:r>
        <w:rPr>
          <w:b/>
        </w:rPr>
        <w:t>正文阐述：</w:t>
      </w:r>
      <w:r>
        <w:t>《Eurasia Review》于4月21日发布分析文章，报道哈萨克斯坦一对夫妇因新疆相关活动被判决，丈夫已在新疆入狱，妻子将从2027年开始服刑。</w:t>
      </w:r>
    </w:p>
    <w:p>
      <w:r>
        <w:rPr>
          <w:b/>
        </w:rPr>
        <w:t>原文链接：</w:t>
      </w:r>
      <w:r>
        <w:rPr>
          <w:u w:val="single"/>
        </w:rPr>
        <w:t>https://www.eurasiareview.com/2026/04/21/kazakhstan-husband-jailed-in-xinjiang-wife-to-be-jailed-from-2027/</w:t>
      </w:r>
    </w:p>
    <w:p>
      <w:pPr>
        <w:pStyle w:val="Heading1"/>
      </w:pPr>
      <w:r>
        <w:t>第四章　反宣媒体</w:t>
      </w:r>
    </w:p>
    <w:p>
      <w:pPr>
        <w:pStyle w:val="Heading2"/>
      </w:pPr>
      <w:r>
        <w:t>一、世维会利用前警察叛逃事件呼吁行动</w:t>
      </w:r>
    </w:p>
    <w:p>
      <w:r>
        <w:rPr>
          <w:b/>
        </w:rPr>
        <w:t>正文阐述：</w:t>
      </w:r>
      <w:r>
        <w:t>World Uyghur Congress（世维会）于4月19日发表声明，利用前新疆警察张亚博叛逃德国的消息，紧急呼吁各国政府对中国施加更大压力。</w:t>
      </w:r>
    </w:p>
    <w:p>
      <w:r>
        <w:rPr>
          <w:b/>
        </w:rPr>
        <w:t>原文链接：</w:t>
      </w:r>
      <w:r>
        <w:rPr>
          <w:u w:val="single"/>
        </w:rPr>
        <w:t>https://www.uyghurcongress.org/en/2026/04/19/world-uyghur-congress-urges-global-action-after-chinese-ex-police-officers-testimony/</w:t>
      </w:r>
    </w:p>
    <w:p>
      <w:pPr>
        <w:pStyle w:val="Heading2"/>
      </w:pPr>
      <w:r>
        <w:t>二、维吾尔人权项目发布"冬季旅游洗白"报告</w:t>
      </w:r>
    </w:p>
    <w:p>
      <w:r>
        <w:rPr>
          <w:b/>
        </w:rPr>
        <w:t>正文阐述：</w:t>
      </w:r>
      <w:r>
        <w:t>维吾尔人权项目（UHRP）于2月25日发布所谓"冬季旅游洗白"报告，试图将新疆旅游产业与"强迫劳动"挂钩。</w:t>
      </w:r>
    </w:p>
    <w:p>
      <w:r>
        <w:rPr>
          <w:b/>
        </w:rPr>
        <w:t>原文链接：</w:t>
      </w:r>
      <w:r>
        <w:rPr>
          <w:u w:val="single"/>
        </w:rPr>
        <w:t>https://uhrp.org/reports/whitewashing-winter-tourism/</w:t>
      </w:r>
    </w:p>
    <w:p>
      <w:pPr>
        <w:pStyle w:val="Heading2"/>
      </w:pPr>
      <w:r>
        <w:t>三、Impact Policies称全球问责停滞</w:t>
      </w:r>
    </w:p>
    <w:p>
      <w:r>
        <w:rPr>
          <w:b/>
        </w:rPr>
        <w:t>正文阐述：</w:t>
      </w:r>
      <w:r>
        <w:t>Impact Policies于4月20日发布报告，声称"全球问责停滞"，维吾尔人的苦难仍在持续，国际社会未能有效回应新疆人权问题。</w:t>
      </w:r>
    </w:p>
    <w:p>
      <w:r>
        <w:rPr>
          <w:b/>
        </w:rPr>
        <w:t>原文链接：</w:t>
      </w:r>
      <w:r>
        <w:rPr>
          <w:u w:val="single"/>
        </w:rPr>
        <w:t>https://impactpolicies.org/2026/04/20/uyghur-suffering-persists-as-global-accountability-stays-stuck/</w:t>
      </w:r>
    </w:p>
    <w:p/>
    <w:p>
      <w:r>
        <w:t>____________________________________________________________</w:t>
      </w:r>
    </w:p>
    <w:p>
      <w:pPr>
        <w:jc w:val="center"/>
      </w:pPr>
      <w:r>
        <w:rPr>
          <w:i/>
        </w:rPr>
        <w:t>数据来源：各原始媒体官方网站</w:t>
      </w:r>
    </w:p>
    <w:p/>
    <w:p>
      <w:pPr>
        <w:jc w:val="center"/>
      </w:pPr>
      <w:r>
        <w:rPr>
          <w:i/>
        </w:rPr>
        <w:t>报告完成时间：2026年4月21日</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