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exact" w:before="0" w:after="0"/>
        <w:jc w:val="center"/>
      </w:pPr>
      <w:r>
        <w:rPr>
          <w:rFonts w:ascii="华文中宋" w:hAnsi="华文中宋" w:eastAsia="华文中宋"/>
          <w:b/>
          <w:sz w:val="44"/>
        </w:rPr>
        <w:t>Project Maven项目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一、项目概述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Project Maven（正式名称Algorithmic Warfare Cross Functional Team，简称AWCFT）是美国国防部于2017年4月26日启动的跨职能团队计划，旨在加速机器学习和数据集成技术在军事情报工作流中的应用，特别聚焦于情报、监视、目标获取与侦察（ISTAR）以及地理空间情报（GEOINT）领域。项目初始聚焦于计算机视觉技术处理图像和视频，现已成为涵盖多数据源融合、自动目标识别和大语言模型集成的大型作战系统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二、项目背景与起源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项目由时任美国国防部常务副部长Robert O. Work发起。Work对中国在国防领域应用人工智能的进展深感忧虑，主张美军加速AI技术军事化部署。2017年4月26日，美国国防部常务副部长签署备忘录，正式成立"算法战跨职能团队"。项目初期获得7000万美元拨款，并通过国防创新单元（DIU）获得了传统国防承包商体系之外顶尖AI人才的支持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三、组织架构与领导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项目由美国海军陆战队上校Drew Cukor和空军中将Jack Shanahan领导。Shanahan于2017年4月至2018年12月担任项目主任。Cukor强调"人与计算机将协同工作，增强武器系统探测目标的能力"，将项目定位为人机协同（human-in-the-loop）的决策支持系统，而非自主武器平台。2022年GEOINT研讨会宣布，Project Maven从国防部情报与安全副部长办公室划转至国家地理空间情报局（NGA）。2023年11月7日，Maven成为正式记录项目（Program of Record）。截至2024年，项目由NGA和首席数字与人工智能办公室（CDAO）联合管理，项目主任为Rachel Martin。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四、核心技术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（一）计算机视觉与自动目标识别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项目初始聚焦于计算机视觉，特别是ImageNet模型性能表现带来的启发。机器学习算法处理来自照片、卫星图像、通信截获中的地理位置数据（IP地址、地理标签、元数据等）、红外传感器、合成孔径雷达等多种来源的监控数据，识别潜在目标，如敌方坦克或新军事设施位置。截至2017年12月，已有15万张图像经人工标注建立首批训练数据集，预计2018年1月达到100万张。训练数据集最终包括至少400万张军舰等军事目标的人工标注图像。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（二）数据融合与本体层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2024年，Maven的核心技术贡献被认为是数据管理：通过本体层标准化异构数据，使数据可融合、跨云和边缘系统交换、供多应用使用。CENTCOM使用的Maven集成了来自陆、海、空、天、网的179个数据源。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（三）大语言模型与生成式AI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截至2025年3月，系统已整合大语言模型、生成式模型和机器学习，增强情报融合与目标定位、战场感知与规划以及加速决策。系统拥有"模型中心"，提供多种LLM，包括OpenAI ChatGPT和Meta Llama的不同版本。2024年末，Anthropic Claude 3和3.5系列模型集成至Palantir AI平台并运行于AWS，获得国防信息系统局（DISA）影响等级6认证。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（四）Maven Smart System与目标工作台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用户界面称为Maven Smart System（MSS），可显示飞机动向、后勤、关键人员位置、禁止打击名单、舰船等信息。黄色边框显示潜在目标，蓝色边框显示友军或非打击区。目标工作台可优先排序目标并将目标信息路由至AFATDS（炮兵）或通过JREAP协议发布为J系列航迹，甚至直接将人类开火决策传输至武器系统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五、承包商与产业生态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初期，五角大楼与Google合作，但2018年Google员工举行抗议罢工后未续签合同（合同价值约900万美元），Palantir随后接管。2018年，Booz Allen Hamilton获得7.515亿美元主要合同。ECS Federal自2017年起担任主要支持承包商并主导AI集成。其他参与公司包括Amazon Web Services、L3Harris、Maxar、Microsoft、Sierra Nevada Corporation、Anduril Industries、DigitalGlobe等，至少21家私营公司曾参与。2025年5月，五角大楼将Maven Smart System合同上限从4.8亿美元提高至13亿美元（至2029年）。2025年11月，NGA向Enabled Intelligence授予7.08亿美元数据标注IDIQ合同。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六、实战部署与应用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（一）训练演习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第18空降军是Project Maven的主要测试单位。自2020年起，Maven用于"红龙"系列实弹演习，采用DevSecOps开发周期。首次演习在布拉格堡进行，AI系统从卫星图像中识别坦克，经人类批准后信号指挥M142 HIMARS打击目标，这是美国陆军首次AI辅助炮击。打击链6个步骤（识别、定位、筛选、优先排序、分配火力单元、开火）中，Maven可执行4个。高级目标官估计，借助Maven每小时可决定80个目标，无Maven时仅30个。目标处理时间从初始743分钟降至1分钟以内。2023至2025年间，Maven出现在141次演习和实验中。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（二）实战运用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2017年，Maven首次实战部署于东非，支持特种部队追击青年党武装。2017年12月部署至国防情报分析师支持反ISIS无人机任务。2021年喀布尔撤离行动中用于显示地面态势。2022年俄乌冲突中，美国通过卫星情报和Maven Smart System向乌军提供俄军装备位置信息。2023年10月7日事件后，CENTCOM迅速将Maven从演习转入实战。2024年2月用于伊拉克和叙利亚空袭目标筛选（85次以上空袭），定位也门火箭发射器和红海水面舰艇。2024年飓风海伦期间用于可视化社交媒体情感。截至2025年5月，Maven拥有超过2万活跃用户。Palantir称Maven已在所有统一作战司令部（除SOCOM外）达到生产级部署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七、国际扩展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2025年3月25日，北约通信与信息局与Palantir完成Maven Smart System NATO（MSS NATO）采购，用于盟军作战司令部。2025年9月18日，英国政府宣布与Palantir建立新伙伴关系，开发AI驱动的军事决策与目标定位能力，5年内价值最高7.5亿英镑。2025年8月，北约联合作战中心称MSS NATO已在盟军作战司令部部署，是北约首个AI赋能的作战指挥控制系统。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八、发展态势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2026年3月9日，Steve Feinberg致信五角大楼，称Project Maven将于2026年9月（本财年末）前成为正式记录项目，30天内从NGA划转至CDAO，未来与Palantir的合同将由美国陆军处理。2026年3月，美国陆军合成兵种司令部将Maven纳入训练体系。截至2025年夏季，已有8个Maven倡议项目，其中5个在NGA。NGA局长称2026年6月起Maven将开始向作战司令官传输"100%机器生成"情报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参考文献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[1] Wikipedia, "Project Maven," https://en.wikipedia.org/wiki/Project_Maven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[2] U.S. Deputy Secretary of Defense Memorandum, "Algorithmic Warfare Cross-Functional Team (AWCFT)," April 26, 2017.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[3] Drew Cukor, Remarks at Defense One Tech Summit, July 2017.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[4] Jack Shanahan, Interview, November 2017.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[5] NGA GEOINT Symposium 2022, Project Maven Transfer Announcement.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[6] Palantir Technologies, Maven Smart System NATO Acquisition, March 25, 2025.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[7] Steve Feinberg Letter to Pentagon, March 9, 2026.</w:t>
      </w:r>
    </w:p>
    <w:sectPr w:rsidR="00FC693F" w:rsidRPr="0006063C" w:rsidSect="00034616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