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ind w:firstLine="640"/>
        <w:jc w:val="center"/>
      </w:pPr>
      <w:r>
        <w:rPr>
          <w:rFonts w:ascii="小标宋" w:hAnsi="小标宋" w:eastAsia="小标宋"/>
          <w:b w:val="0"/>
          <w:sz w:val="44"/>
        </w:rPr>
        <w:t>美军睾酮筛查政策事件综合分析报告</w:t>
      </w:r>
    </w:p>
    <w:p>
      <w:pPr>
        <w:spacing w:line="560" w:lineRule="exact"/>
      </w:pPr>
      <w:r>
        <w:rPr>
          <w:rFonts w:ascii="黑体" w:hAnsi="黑体" w:eastAsia="黑体"/>
          <w:b/>
          <w:sz w:val="32"/>
        </w:rPr>
        <w:t>第一章 事件经过与事实确认</w:t>
      </w:r>
    </w:p>
    <w:p>
      <w:pPr>
        <w:spacing w:line="560" w:lineRule="exact"/>
        <w:ind w:firstLine="640"/>
      </w:pPr>
      <w:r>
        <w:rPr>
          <w:rFonts w:ascii="黑体" w:hAnsi="黑体" w:eastAsia="黑体"/>
          <w:b/>
          <w:sz w:val="32"/>
        </w:rPr>
        <w:t>一、事件概述</w:t>
      </w:r>
    </w:p>
    <w:p>
      <w:pPr>
        <w:spacing w:line="560" w:lineRule="exact"/>
        <w:ind w:firstLine="640"/>
        <w:jc w:val="both"/>
      </w:pPr>
      <w:r>
        <w:rPr>
          <w:rFonts w:ascii="仿宋_GB2312" w:hAnsi="仿宋_GB2312" w:eastAsia="仿宋_GB2312"/>
          <w:b w:val="0"/>
          <w:sz w:val="32"/>
        </w:rPr>
        <w:t>2026年7月15日，美国国防部长皮特·赫格塞思通过社交媒体平台X（原Twitter）发布视频，标题为"High-T Department of War"（高睾酮战争部），宣布一项针对现役军人睾酮缺乏症的强制筛查新政策。根据该政策，所有30岁及以上的现役和预备役军人将被强制要求在年度定期健康评估（Periodic Health Assessment, PHA）中接受睾酮水平检测；30岁以下军人可自愿申请检测。若检测结果提示睾酮缺乏，可被推荐接受睾酮替代疗法（TRT），但治疗与否由军人本人自行决定。</w:t>
      </w:r>
    </w:p>
    <w:p>
      <w:pPr>
        <w:spacing w:line="560" w:lineRule="exact"/>
        <w:ind w:firstLine="640"/>
        <w:jc w:val="both"/>
      </w:pPr>
      <w:r>
        <w:rPr>
          <w:rFonts w:ascii="仿宋_GB2312" w:hAnsi="仿宋_GB2312" w:eastAsia="仿宋_GB2312"/>
          <w:b w:val="0"/>
          <w:sz w:val="32"/>
        </w:rPr>
        <w:t>赫格塞思在视频中声称："我正在授权一项针对我军服役人员的睾酮缺乏症新筛查计划，确保你们拥有适宜的睾酮水平以在绝对最佳状态下执行任务。"他强调该计划"不是关于人工增强，而是关于恢复和优化你们的天然能力，保护你们的寿命，确保你们拥有维持战斗所需的生物学基础。"赫格塞思同时发布了一份正式备忘录，题为"健康与人体性能优化以提升军事战备"（Health and Human Performance Optimization to Enhance Military Readiness），备忘录明确写道："立即生效，所有30岁及以上的现役和预备役人员将作为定期健康评估的强制组成部分接受睾酮缺乏症筛查。"</w:t>
      </w:r>
    </w:p>
    <w:p>
      <w:pPr>
        <w:spacing w:line="560" w:lineRule="exact"/>
        <w:ind w:firstLine="640"/>
      </w:pPr>
      <w:r>
        <w:rPr>
          <w:rFonts w:ascii="黑体" w:hAnsi="黑体" w:eastAsia="黑体"/>
          <w:b/>
          <w:sz w:val="32"/>
        </w:rPr>
        <w:t>二、关键事实确认</w:t>
      </w:r>
    </w:p>
    <w:p>
      <w:pPr>
        <w:spacing w:line="560" w:lineRule="exact"/>
        <w:ind w:firstLine="640"/>
      </w:pPr>
      <w:r>
        <w:rPr>
          <w:rFonts w:ascii="楷体" w:hAnsi="楷体" w:eastAsia="楷体"/>
          <w:b w:val="0"/>
          <w:sz w:val="32"/>
        </w:rPr>
        <w:t>（一）政策覆盖范围。国防部官员向Snopes Fact Check确认，"所有30岁以上人员将每年接受检测"，未对女性军人作出例外规定。这意味着超过23.1万名现役女性军人同样须接受睾酮筛查。</w:t>
      </w:r>
    </w:p>
    <w:p>
      <w:pPr>
        <w:spacing w:line="560" w:lineRule="exact"/>
        <w:ind w:firstLine="640"/>
      </w:pPr>
      <w:r>
        <w:rPr>
          <w:rFonts w:ascii="楷体" w:hAnsi="楷体" w:eastAsia="楷体"/>
          <w:b w:val="0"/>
          <w:sz w:val="32"/>
        </w:rPr>
        <w:t>（二）政策实施细节。五角大楼未公布筛查启动日期、实施成本、各军种分阶段推行方案，也未说明检测结果将如何记录、谁有权访问、是否影响军人岗位分配或晋升。国防部健康署将问题转介至五角大楼，后者拒绝进一步评论。</w:t>
      </w:r>
    </w:p>
    <w:p>
      <w:pPr>
        <w:spacing w:line="560" w:lineRule="exact"/>
        <w:ind w:firstLine="640"/>
      </w:pPr>
      <w:r>
        <w:rPr>
          <w:rFonts w:ascii="楷体" w:hAnsi="楷体" w:eastAsia="楷体"/>
          <w:b w:val="0"/>
          <w:sz w:val="32"/>
        </w:rPr>
        <w:t>（三）医学界立场。美国泌尿学会（AUA）发表声明表示"赞赏政府认识到筛查男性睾酮缺乏症的重要性"，但同时警告"不应仅凭单次血液检测作出诊断"，建议基于症状和两次独立检测进行诊断。美国内分泌学会则建议除非出现勃起功能障碍等症状，否则不应进行普遍筛查。美国食品药品监督管理局（FDA）现行标签规定睾酮替代疗法仅适用于被诊断为性腺功能减退症的男性。</w:t>
      </w:r>
    </w:p>
    <w:p>
      <w:pPr>
        <w:spacing w:line="560" w:lineRule="exact"/>
        <w:ind w:firstLine="640"/>
      </w:pPr>
      <w:r>
        <w:rPr>
          <w:rFonts w:ascii="楷体" w:hAnsi="楷体" w:eastAsia="楷体"/>
          <w:b w:val="0"/>
          <w:sz w:val="32"/>
        </w:rPr>
        <w:t>（四）政策背景。2025财年《国防授权法案》（NDAA）中一项条款已要求国防部长就军队低睾酮治疗的可行性和现有筛查协议向国会作简报。特战部队老兵和研究人员此前已将低睾酮与"操作员综合征"（Operator Syndrome）联系起来，该术语描述特种作战人员因慢性压力、爆炸暴露、创伤性脑损伤和睡眠紊乱导致的一系列身心健康问题。</w:t>
      </w:r>
    </w:p>
    <w:p>
      <w:pPr>
        <w:spacing w:line="560" w:lineRule="exact"/>
      </w:pPr>
      <w:r>
        <w:rPr>
          <w:rFonts w:ascii="黑体" w:hAnsi="黑体" w:eastAsia="黑体"/>
          <w:b/>
          <w:sz w:val="32"/>
        </w:rPr>
        <w:t>第二章 关键方行为与意图分析</w:t>
      </w:r>
    </w:p>
    <w:p>
      <w:pPr>
        <w:spacing w:line="560" w:lineRule="exact"/>
        <w:ind w:firstLine="640"/>
      </w:pPr>
      <w:r>
        <w:rPr>
          <w:rFonts w:ascii="黑体" w:hAnsi="黑体" w:eastAsia="黑体"/>
          <w:b/>
          <w:sz w:val="32"/>
        </w:rPr>
        <w:t>一、赫格塞思与五角大楼的行为分析</w:t>
      </w:r>
    </w:p>
    <w:p>
      <w:pPr>
        <w:spacing w:line="560" w:lineRule="exact"/>
        <w:ind w:firstLine="640"/>
      </w:pPr>
      <w:r>
        <w:rPr>
          <w:rFonts w:ascii="楷体" w:hAnsi="楷体" w:eastAsia="楷体"/>
          <w:b w:val="0"/>
          <w:sz w:val="32"/>
        </w:rPr>
        <w:t>（一）政策宣示行为。赫格塞思选择通过社交媒体视频而非传统新闻发布会或国防部官方通告的形式宣布该政策，视频标题"High-T Department of War"直接借用了网络健身圈流行的"高睾酮"概念。这一传播策略显示出明显的舆论引导意图——面向年轻军人和社交媒体受众塑造"硬汉"形象。</w:t>
      </w:r>
    </w:p>
    <w:p>
      <w:pPr>
        <w:spacing w:line="560" w:lineRule="exact"/>
        <w:ind w:firstLine="640"/>
      </w:pPr>
      <w:r>
        <w:rPr>
          <w:rFonts w:ascii="楷体" w:hAnsi="楷体" w:eastAsia="楷体"/>
          <w:b w:val="0"/>
          <w:sz w:val="32"/>
        </w:rPr>
        <w:t>（二）政策框架设计。该政策被纳入赫格塞思自2025年1月就任以来一系列军事改革之中：2025年9月在匡蒂科海军陆战队基地向近800名高级军官发表演讲，宣布"不再有胡子兵、不再有肥胖士兵"；发布强制每日体能训练、每年两次体能测试、收紧仪容标准的备忘录；收紧医学剃须豁免（此举对罔患假性毛囊炎的黑人士兵影响尤甚）；推动性别中立的战斗岗位体能标准；2026年4月取消年度流感疫苗强制要求（后因圣安东尼奥拉克兰空军基地新训营流感爆发而部分恢复）。</w:t>
      </w:r>
    </w:p>
    <w:p>
      <w:pPr>
        <w:spacing w:line="560" w:lineRule="exact"/>
        <w:ind w:firstLine="640"/>
      </w:pPr>
      <w:r>
        <w:rPr>
          <w:rFonts w:ascii="楷体" w:hAnsi="楷体" w:eastAsia="楷体"/>
          <w:b w:val="0"/>
          <w:sz w:val="32"/>
        </w:rPr>
        <w:t>（三）意图推断。赫格塞思的核心意图是将美军围绕"战士精神"（warrior ethos）和体能标准进行全面重塑，将关注点从军人外在的体重和仪容延伸至其"底层生理学"。睾酮筛查政策的推出时机值得关注——当前美以伊战事再度升温，美军导弹库存承受压力，赫格塞思在此时刻推出激素筛查政策，其象征意义可能大于实际军事战备价值。</w:t>
      </w:r>
    </w:p>
    <w:p>
      <w:pPr>
        <w:spacing w:line="560" w:lineRule="exact"/>
        <w:ind w:firstLine="640"/>
      </w:pPr>
      <w:r>
        <w:rPr>
          <w:rFonts w:ascii="黑体" w:hAnsi="黑体" w:eastAsia="黑体"/>
          <w:b/>
          <w:sz w:val="32"/>
        </w:rPr>
        <w:t>二、美军医学界与特战部队的行为分析</w:t>
      </w:r>
    </w:p>
    <w:p>
      <w:pPr>
        <w:spacing w:line="560" w:lineRule="exact"/>
        <w:ind w:firstLine="640"/>
      </w:pPr>
      <w:r>
        <w:rPr>
          <w:rFonts w:ascii="楷体" w:hAnsi="楷体" w:eastAsia="楷体"/>
          <w:b w:val="0"/>
          <w:sz w:val="32"/>
        </w:rPr>
        <w:t>（一）特战部队社区的长期呼吁。特战部队老兵和研究人员多年来一直在推动对低睾酮问题的关注。2020年一篇学术论文首次提出"操作员综合征"概念，将低睾酮列为该综合征的核心表现之一。多名特战老兵成立了非营利组织和非传统治疗方案，帮助退役人员应对与低睾酮相关的睡眠紊乱、情感麻木和动机丧失等问题。陆军少校西奥多·克里索斯托莫-温恩（Theodore Crisostomo-Wynne），麦迪根陆军医疗中心泌尿科医师，在2025年FDA睾酮替代疗法专家小组会议上作证指出："高作战节奏和高压力环境确实会降低睾酮水平，有时是急性的，有时甚至是长期的。"</w:t>
      </w:r>
    </w:p>
    <w:p>
      <w:pPr>
        <w:spacing w:line="560" w:lineRule="exact"/>
        <w:ind w:firstLine="640"/>
      </w:pPr>
      <w:r>
        <w:rPr>
          <w:rFonts w:ascii="楷体" w:hAnsi="楷体" w:eastAsia="楷体"/>
          <w:b w:val="0"/>
          <w:sz w:val="32"/>
        </w:rPr>
        <w:t>（二）海军药物检测先例。2022年一名海豹突击队新兵在训练中死亡，其随身物品中发现包括睾酮在内的多种物质，暴露了精锐部队中远比此前认知更为普遍的药物使用问题。一年后，海军宣布启动药物检测计划，筛查"任何与睾酮相关、促进肌肉生长的激素物质"。这一先例表明，美军内部对睾酮问题的关注早于赫格塞思的任命，但其关注角度从药物滥用管控转变为全员强制筛查，政策方向发生了显著转变。</w:t>
      </w:r>
    </w:p>
    <w:p>
      <w:pPr>
        <w:spacing w:line="560" w:lineRule="exact"/>
        <w:ind w:firstLine="640"/>
      </w:pPr>
      <w:r>
        <w:rPr>
          <w:rFonts w:ascii="楷体" w:hAnsi="楷体" w:eastAsia="楷体"/>
          <w:b w:val="0"/>
          <w:sz w:val="32"/>
        </w:rPr>
        <w:t>（三）医学界的谨慎态度。值得注意的是，国防部官员拒绝说明是否有研究或学术研究支撑该政策。军方医学专家的公开表态显示出审慎立场：克里索斯托莫-温恩少校在FDA小组会议上特别声明其发言仅代表个人观点，不代表五角大楼或国防健康署立场。美国泌尿学会的声明虽然表示"赞赏"，但明确警告不应基于单次检测作出诊断，实质上对该政策的实施方案提出了质疑。</w:t>
      </w:r>
    </w:p>
    <w:p>
      <w:pPr>
        <w:spacing w:line="560" w:lineRule="exact"/>
        <w:ind w:firstLine="640"/>
      </w:pPr>
      <w:r>
        <w:rPr>
          <w:rFonts w:ascii="黑体" w:hAnsi="黑体" w:eastAsia="黑体"/>
          <w:b/>
          <w:sz w:val="32"/>
        </w:rPr>
        <w:t>三、国会反应与政党分歧</w:t>
      </w:r>
    </w:p>
    <w:p>
      <w:pPr>
        <w:spacing w:line="560" w:lineRule="exact"/>
        <w:ind w:firstLine="640"/>
      </w:pPr>
      <w:r>
        <w:rPr>
          <w:rFonts w:ascii="楷体" w:hAnsi="楷体" w:eastAsia="楷体"/>
          <w:b w:val="0"/>
          <w:sz w:val="32"/>
        </w:rPr>
        <w:t>（一）民主党退伍军人议员的强烈批评。参议院军事委员会成员、伊利诺伊州民主党参议员塔米·达克沃斯（Tammy Duckworth）——伊拉克战争退伍老兵、黑鹰直升机飞行员——发表声明称该政策"听起来像性别肯定医疗"，直接戳中赫格塞思反对跨性别军人服役立场的矛盾之处。达克沃斯进一步呼吁将激素筛查扩展至男女军人双方，指出"研究表明军队中的女性和男性面临的不孕不育率均高于普通人群"，应早期识别生育问题。</w:t>
      </w:r>
    </w:p>
    <w:p>
      <w:pPr>
        <w:spacing w:line="560" w:lineRule="exact"/>
        <w:ind w:firstLine="640"/>
        <w:jc w:val="both"/>
      </w:pPr>
      <w:r>
        <w:rPr>
          <w:rFonts w:ascii="仿宋_GB2312" w:hAnsi="仿宋_GB2312" w:eastAsia="仿宋_GB2312"/>
          <w:b w:val="0"/>
          <w:sz w:val="32"/>
        </w:rPr>
        <w:t>宾夕法尼亚州民主党众议员、空军退伍老兵克里西·霍拉汉（Chrissy Houlahan）在社交媒体上表示，该政策"证明赫格塞思部长从男性圈的最偏远角落接受指令"，将其定性为文化战争政治而非基于科学的军事政策。</w:t>
      </w:r>
    </w:p>
    <w:p>
      <w:pPr>
        <w:spacing w:line="560" w:lineRule="exact"/>
        <w:ind w:firstLine="640"/>
      </w:pPr>
      <w:r>
        <w:rPr>
          <w:rFonts w:ascii="楷体" w:hAnsi="楷体" w:eastAsia="楷体"/>
          <w:b w:val="0"/>
          <w:sz w:val="32"/>
        </w:rPr>
        <w:t>（二）共和党方面的态度。截至本报告采集时，共和党方面未出现公开质疑该政策的声音。这与赫格塞思系列军事改革在共和党内部获得普遍支持的趋势一致。</w:t>
      </w:r>
    </w:p>
    <w:p>
      <w:pPr>
        <w:spacing w:line="560" w:lineRule="exact"/>
        <w:ind w:firstLine="640"/>
      </w:pPr>
      <w:r>
        <w:rPr>
          <w:rFonts w:ascii="黑体" w:hAnsi="黑体" w:eastAsia="黑体"/>
          <w:b/>
          <w:sz w:val="32"/>
        </w:rPr>
        <w:t>四、特朗普政府整体政策协调</w:t>
      </w:r>
    </w:p>
    <w:p>
      <w:pPr>
        <w:spacing w:line="560" w:lineRule="exact"/>
        <w:ind w:firstLine="640"/>
        <w:jc w:val="both"/>
      </w:pPr>
      <w:r>
        <w:rPr>
          <w:rFonts w:ascii="仿宋_GB2312" w:hAnsi="仿宋_GB2312" w:eastAsia="仿宋_GB2312"/>
          <w:b w:val="0"/>
          <w:sz w:val="32"/>
        </w:rPr>
        <w:t>赫格塞思的宣布并非孤立事件。卫生与公众服务部长小罗伯特·F·肯尼迪（Robert F. Kennedy Jr.）一直在推动放宽睾酮处方限制。2026年6月，FDA提议放宽睾酮凝胶、片剂、贴片和注射剂的处方限制。2025年FDA取消了睾酮药物关于心脏病发作和中风风险的盒装警告。肯尼迪本人曾公开承认注射睾酮作为其个人"抗衰老方案"的一部分，并在2025年10月无证据声称"当今美国青少年的睾酮水平只有65岁男性的一半"。特朗普政府一方面将激素治疗在跨性别护理中的使用定性为"化学和外科残害"并予以禁止，另一方面却推动现役军人的睾酮筛查和替代疗法，形成了显著的政策矛盾。</w:t>
      </w:r>
    </w:p>
    <w:p>
      <w:pPr>
        <w:spacing w:line="560" w:lineRule="exact"/>
      </w:pPr>
      <w:r>
        <w:rPr>
          <w:rFonts w:ascii="黑体" w:hAnsi="黑体" w:eastAsia="黑体"/>
          <w:b/>
          <w:sz w:val="32"/>
        </w:rPr>
        <w:t>第三章 多维影响评估</w:t>
      </w:r>
    </w:p>
    <w:p>
      <w:pPr>
        <w:spacing w:line="560" w:lineRule="exact"/>
        <w:ind w:firstLine="640"/>
      </w:pPr>
      <w:r>
        <w:rPr>
          <w:rFonts w:ascii="黑体" w:hAnsi="黑体" w:eastAsia="黑体"/>
          <w:b/>
          <w:sz w:val="32"/>
        </w:rPr>
        <w:t>一、军事与战备影响</w:t>
      </w:r>
    </w:p>
    <w:p>
      <w:pPr>
        <w:spacing w:line="560" w:lineRule="exact"/>
        <w:ind w:firstLine="640"/>
      </w:pPr>
      <w:r>
        <w:rPr>
          <w:rFonts w:ascii="楷体" w:hAnsi="楷体" w:eastAsia="楷体"/>
          <w:b w:val="0"/>
          <w:sz w:val="32"/>
        </w:rPr>
        <w:t>（一）实施可行性存疑。五角大楼未公布筛查启动时间、成本预算和各军种实施方案。军方医疗系统的实验室是否具备每年为数十万30岁以上现役和预备役人员进行睾酮检测的能力尚不清楚。睾酮检测本身存在技术挑战：激素水平在一天内波动较大，准确读数通常需要早晨空腹采血，现行医学指南不建议普遍筛查，而应基于症状和两次独立检测作出诊断。</w:t>
      </w:r>
    </w:p>
    <w:p>
      <w:pPr>
        <w:spacing w:line="560" w:lineRule="exact"/>
        <w:ind w:firstLine="640"/>
      </w:pPr>
      <w:r>
        <w:rPr>
          <w:rFonts w:ascii="楷体" w:hAnsi="楷体" w:eastAsia="楷体"/>
          <w:b w:val="0"/>
          <w:sz w:val="32"/>
        </w:rPr>
        <w:t>（二）女性军人面临困惑。国防部确认女性军人同样须接受筛查，但女性睾酮水平远低于男性，替代疗法仅在绝经后性欲低下等极少数情况下被推荐。筛查结果对女性军人的军事岗位分配、晋升和职业发展可能产生何种影响尚不明确。赫格塞思此前曾公开表示不赞成女性担任战斗角色，并以此为由阻止部分女性军官晋升和解除女性领导职务，这使得该政策对女性军人的实际影响更加值得关注。</w:t>
      </w:r>
    </w:p>
    <w:p>
      <w:pPr>
        <w:spacing w:line="560" w:lineRule="exact"/>
        <w:ind w:firstLine="640"/>
      </w:pPr>
      <w:r>
        <w:rPr>
          <w:rFonts w:ascii="楷体" w:hAnsi="楷体" w:eastAsia="楷体"/>
          <w:b w:val="0"/>
          <w:sz w:val="32"/>
        </w:rPr>
        <w:t>（三）FDA批准范围与军队实践的冲突。FDA现行标签规定睾酮替代疗法仅适用于被诊断为性腺功能减退症的男性。美军以"睾酮缺乏症"为名进行全员筛查并推荐替代疗法，在法律和监管层面可能与FDA批准适应症存在冲突。睾酮替代疗法存在真实副作用：抑制人体自然激素分泌、降低精子计数、升高血压等。</w:t>
      </w:r>
    </w:p>
    <w:p>
      <w:pPr>
        <w:spacing w:line="560" w:lineRule="exact"/>
        <w:ind w:firstLine="640"/>
      </w:pPr>
      <w:r>
        <w:rPr>
          <w:rFonts w:ascii="黑体" w:hAnsi="黑体" w:eastAsia="黑体"/>
          <w:b/>
          <w:sz w:val="32"/>
        </w:rPr>
        <w:t>二、政治与社会影响</w:t>
      </w:r>
    </w:p>
    <w:p>
      <w:pPr>
        <w:spacing w:line="560" w:lineRule="exact"/>
        <w:ind w:firstLine="640"/>
      </w:pPr>
      <w:r>
        <w:rPr>
          <w:rFonts w:ascii="楷体" w:hAnsi="楷体" w:eastAsia="楷体"/>
          <w:b w:val="0"/>
          <w:sz w:val="32"/>
        </w:rPr>
        <w:t>（一）政治极化加剧。该政策迅速成为党派争论焦点。民主党方面将其定性为"男性圈"文化对军事决策的渗透，共和党方面则将其视为强化军事战备的必要举措。这一分歧与美国当前更广泛的文化战争——关于男性气概、性别角色和军队文化——深度交织。</w:t>
      </w:r>
    </w:p>
    <w:p>
      <w:pPr>
        <w:spacing w:line="560" w:lineRule="exact"/>
        <w:ind w:firstLine="640"/>
      </w:pPr>
      <w:r>
        <w:rPr>
          <w:rFonts w:ascii="楷体" w:hAnsi="楷体" w:eastAsia="楷体"/>
          <w:b w:val="0"/>
          <w:sz w:val="32"/>
        </w:rPr>
        <w:t>（二）"男性圈"叙事渗透。赫格塞思选择的"High-T"标签直接呼应网络健身影响者推广的"T-maxxing"（睾酮最大化）潮流。卫报指出，睾酮及其短缺焦虑已成为右翼政治话语的执念，塔克·卡尔森等替代媒体评论员哀叹电影中的男子气概危机，影响者推广直接面向消费者的睾酮注射。根据《社会科学与医学》期刊发表的研究，年轻男性正被网络影响者和健康公司积极推送激素检测和治疗，尽管在这一年龄段进行睾酮筛查在医学上并无必要。</w:t>
      </w:r>
    </w:p>
    <w:p>
      <w:pPr>
        <w:spacing w:line="560" w:lineRule="exact"/>
        <w:ind w:firstLine="640"/>
      </w:pPr>
      <w:r>
        <w:rPr>
          <w:rFonts w:ascii="楷体" w:hAnsi="楷体" w:eastAsia="楷体"/>
          <w:b w:val="0"/>
          <w:sz w:val="32"/>
        </w:rPr>
        <w:t>（三）跨性别政策矛盾。赫格塞思此前以"化学和外科残害"为由禁止跨性别军人接受性别肯定医疗，现在却推动全军睾酮筛查和替代疗法。达克沃斯参议员精确地捕捉到了这一矛盾，将其称为"性别肯定医疗"。这一矛盾不仅存在于政策逻辑层面，也在伦理层面引发质疑：政府是否有权要求健康军人接受激素检测并"建议"其进行激素治疗。</w:t>
      </w:r>
    </w:p>
    <w:p>
      <w:pPr>
        <w:spacing w:line="560" w:lineRule="exact"/>
        <w:ind w:firstLine="640"/>
      </w:pPr>
      <w:r>
        <w:rPr>
          <w:rFonts w:ascii="黑体" w:hAnsi="黑体" w:eastAsia="黑体"/>
          <w:b/>
          <w:sz w:val="32"/>
        </w:rPr>
        <w:t>三、舆论与心理影响</w:t>
      </w:r>
    </w:p>
    <w:p>
      <w:pPr>
        <w:spacing w:line="560" w:lineRule="exact"/>
        <w:ind w:firstLine="640"/>
      </w:pPr>
      <w:r>
        <w:rPr>
          <w:rFonts w:ascii="楷体" w:hAnsi="楷体" w:eastAsia="楷体"/>
          <w:b w:val="0"/>
          <w:sz w:val="32"/>
        </w:rPr>
        <w:t>（一）军人群体的心理反应。对于30岁以上的现役军人而言，被强制要求接受睾酮检测可能产生心理压力——低睾酮在社会语境中往往被等同于"不够男性化"。赫格塞思在视频中反复强调"绝对最佳"、"杀伤力的前沿"等措辞，可能加剧军人对自身生理状态的焦虑。这种焦虑在女性军人中可能更为复杂：她们被迫接受一项本质上针对男性生理特征的检测，其结果对自身的军事价值评估意义不明。</w:t>
      </w:r>
    </w:p>
    <w:p>
      <w:pPr>
        <w:spacing w:line="560" w:lineRule="exact"/>
        <w:ind w:firstLine="640"/>
      </w:pPr>
      <w:r>
        <w:rPr>
          <w:rFonts w:ascii="楷体" w:hAnsi="楷体" w:eastAsia="楷体"/>
          <w:b w:val="0"/>
          <w:sz w:val="32"/>
        </w:rPr>
        <w:t>（二）特战部队社区的支持。特战部队社区对睾酮问题的关注具有真实的医学基础。"操作员综合征"概念的提出源于对特战人员长期暴露于极端压力环境下的健康观察。对于这一群体而言，赫格塞思的政策虽然实施方式存在争议，但至少将他们长期呼吁的健康问题推上了政策议程。</w:t>
      </w:r>
    </w:p>
    <w:p>
      <w:pPr>
        <w:spacing w:line="560" w:lineRule="exact"/>
        <w:ind w:firstLine="640"/>
      </w:pPr>
      <w:r>
        <w:rPr>
          <w:rFonts w:ascii="楷体" w:hAnsi="楷体" w:eastAsia="楷体"/>
          <w:b w:val="0"/>
          <w:sz w:val="32"/>
        </w:rPr>
        <w:t>（三）国际舆论视角。半岛电视台、澳大利亚广播公司等国际媒体对该事件进行了报道，国际舆论普遍将此政策视为赫格塞思"重塑军队"系列的最新举措，关注焦点集中在政策的科学依据不足和性别矛盾方面。</w:t>
      </w:r>
    </w:p>
    <w:p>
      <w:pPr>
        <w:spacing w:line="560" w:lineRule="exact"/>
      </w:pPr>
      <w:r>
        <w:rPr>
          <w:rFonts w:ascii="黑体" w:hAnsi="黑体" w:eastAsia="黑体"/>
          <w:b/>
          <w:sz w:val="32"/>
        </w:rPr>
        <w:t>第四章 深度研判与展望</w:t>
      </w:r>
    </w:p>
    <w:p>
      <w:pPr>
        <w:spacing w:line="560" w:lineRule="exact"/>
        <w:ind w:firstLine="640"/>
      </w:pPr>
      <w:r>
        <w:rPr>
          <w:rFonts w:ascii="黑体" w:hAnsi="黑体" w:eastAsia="黑体"/>
          <w:b/>
          <w:sz w:val="32"/>
        </w:rPr>
        <w:t>一、事件根源与性质定性</w:t>
      </w:r>
    </w:p>
    <w:p>
      <w:pPr>
        <w:spacing w:line="560" w:lineRule="exact"/>
        <w:ind w:firstLine="640"/>
      </w:pPr>
      <w:r>
        <w:rPr>
          <w:rFonts w:ascii="楷体" w:hAnsi="楷体" w:eastAsia="楷体"/>
          <w:b w:val="0"/>
          <w:sz w:val="32"/>
        </w:rPr>
        <w:t>（一）深层动机。赫格塞思推出睾酮筛查政策的动机是多层的。表层是军事战备考量——维持军人体能和心理健康；中层是政治符号操作——通过"高睾酮"叙事巩固其在右翼选民中的"硬汉"形象；深层则是意识形态驱动——将美军围绕传统男性气概进行全面重塑，这与特朗普政府整体的文化保守主义议程高度一致。</w:t>
      </w:r>
    </w:p>
    <w:p>
      <w:pPr>
        <w:spacing w:line="560" w:lineRule="exact"/>
        <w:ind w:firstLine="640"/>
      </w:pPr>
      <w:r>
        <w:rPr>
          <w:rFonts w:ascii="楷体" w:hAnsi="楷体" w:eastAsia="楷体"/>
          <w:b w:val="0"/>
          <w:sz w:val="32"/>
        </w:rPr>
        <w:t>（二）性质定性。该政策本质上是"以医学之名行文化政治之实"。虽然特战部队社区对睾酮问题的关注具有真实的医学基础，但将针对特战人员的专项关注扩大为全军强制筛查，缺乏充分的医学证据支撑。美国内分泌学会、美国泌尿学会的谨慎立场和FDA的适应症限制，均表明该政策在科学层面存在显著缺陷。政策的"性别中立"设计（包含女性军人）更像是为了避免法律挑战而非出于医学考量，反而暴露了政策逻辑的内在矛盾。</w:t>
      </w:r>
    </w:p>
    <w:p>
      <w:pPr>
        <w:spacing w:line="560" w:lineRule="exact"/>
        <w:ind w:firstLine="640"/>
      </w:pPr>
      <w:r>
        <w:rPr>
          <w:rFonts w:ascii="楷体" w:hAnsi="楷体" w:eastAsia="楷体"/>
          <w:b w:val="0"/>
          <w:sz w:val="32"/>
        </w:rPr>
        <w:t>（三）认知战视角。从认知战分析框架来看，该政策是一次典型的"叙事工程"操作：以"军事战备"为价值框架，以"睾酮水平"为情感触发点，以"High-T"为传播符号，将一项缺乏医学共识的医学检测政策包装为"关爱军人健康"的举措。其传播策略——社交媒体首发、影响者式标题——显示出面向特定受众群体的精准叙事投放特征。</w:t>
      </w:r>
    </w:p>
    <w:p>
      <w:pPr>
        <w:spacing w:line="560" w:lineRule="exact"/>
        <w:ind w:firstLine="640"/>
      </w:pPr>
      <w:r>
        <w:rPr>
          <w:rFonts w:ascii="黑体" w:hAnsi="黑体" w:eastAsia="黑体"/>
          <w:b/>
          <w:sz w:val="32"/>
        </w:rPr>
        <w:t>二、未来情景推演</w:t>
      </w:r>
    </w:p>
    <w:p>
      <w:pPr>
        <w:spacing w:line="560" w:lineRule="exact"/>
        <w:ind w:firstLine="640"/>
      </w:pPr>
      <w:r>
        <w:rPr>
          <w:rFonts w:ascii="楷体" w:hAnsi="楷体" w:eastAsia="楷体"/>
          <w:b w:val="0"/>
          <w:sz w:val="32"/>
        </w:rPr>
        <w:t>（一）基线情景（最可能发展）。政策在各军种层面缓慢推进实施，但面临军方医疗系统实验室容量不足、检测标准争议、FDA适应症冲突等实际障碍。实施过程中可能出现检测结果的保密性争议和军人职业影响诉讼。特战部队社区可能从中受益，但全军层面的实际战备提升效果有限。</w:t>
      </w:r>
    </w:p>
    <w:p>
      <w:pPr>
        <w:spacing w:line="560" w:lineRule="exact"/>
        <w:ind w:firstLine="640"/>
      </w:pPr>
      <w:r>
        <w:rPr>
          <w:rFonts w:ascii="楷体" w:hAnsi="楷体" w:eastAsia="楷体"/>
          <w:b w:val="0"/>
          <w:sz w:val="32"/>
        </w:rPr>
        <w:t>（二）升级情景（争议加剧）。民主党议员可能就该政策举行听证会，要求五角大楼公开政策依据的科学研究和成本评估。女性军人团体可能发起法律挑战，质疑强制睾酮检测的合宪性。若出现因筛查结果影响军人晋升或岗位分配的案例，将引发更大范围的舆论风暴。</w:t>
      </w:r>
    </w:p>
    <w:p>
      <w:pPr>
        <w:spacing w:line="560" w:lineRule="exact"/>
        <w:ind w:firstLine="640"/>
      </w:pPr>
      <w:r>
        <w:rPr>
          <w:rFonts w:ascii="楷体" w:hAnsi="楷体" w:eastAsia="楷体"/>
          <w:b w:val="0"/>
          <w:sz w:val="32"/>
        </w:rPr>
        <w:t>（三）缓和情景（政策调整）。在医学界压力下，五角大楼可能调整政策实施细节——将"强制筛查"改为"推荐筛查"，或将筛查范围缩小至出现相关症状的军人。FDA可能就军队睾酮替代疗法发布专门的指导意见。国会可能在下一财年NDAA中加入对该政策的监督条款。</w:t>
      </w:r>
    </w:p>
    <w:p>
      <w:pPr>
        <w:spacing w:line="560" w:lineRule="exact"/>
        <w:ind w:firstLine="640"/>
      </w:pPr>
      <w:r>
        <w:rPr>
          <w:rFonts w:ascii="黑体" w:hAnsi="黑体" w:eastAsia="黑体"/>
          <w:b/>
          <w:sz w:val="32"/>
        </w:rPr>
        <w:t>三、潜在冲突风险点</w:t>
      </w:r>
    </w:p>
    <w:p>
      <w:pPr>
        <w:spacing w:line="560" w:lineRule="exact"/>
        <w:ind w:firstLine="640"/>
      </w:pPr>
      <w:r>
        <w:rPr>
          <w:rFonts w:ascii="楷体" w:hAnsi="楷体" w:eastAsia="楷体"/>
          <w:b w:val="0"/>
          <w:sz w:val="32"/>
        </w:rPr>
        <w:t>（一）医学与政治的冲突。军方医学专家的专业判断与赫格塞思的政治议程之间可能产生张力。若军方医疗系统被迫执行与现行医学指南不一致的筛查政策，可能引发军方医疗人员的职业道德危机。</w:t>
      </w:r>
    </w:p>
    <w:p>
      <w:pPr>
        <w:spacing w:line="560" w:lineRule="exact"/>
        <w:ind w:firstLine="640"/>
      </w:pPr>
      <w:r>
        <w:rPr>
          <w:rFonts w:ascii="楷体" w:hAnsi="楷体" w:eastAsia="楷体"/>
          <w:b w:val="0"/>
          <w:sz w:val="32"/>
        </w:rPr>
        <w:t>（二）性别平等法律风险。对女性军人强制进行睾酮筛查，在缺乏明确医学目的的情况下，可能构成性别歧视。赫格塞思此前在女性军人问题上的系列争议行为——阻止女性晋升、解除女性领导职务、质疑女性战斗能力——将成为法律挑战的背景证据。</w:t>
      </w:r>
    </w:p>
    <w:p>
      <w:pPr>
        <w:spacing w:line="560" w:lineRule="exact"/>
        <w:ind w:firstLine="640"/>
      </w:pPr>
      <w:r>
        <w:rPr>
          <w:rFonts w:ascii="楷体" w:hAnsi="楷体" w:eastAsia="楷体"/>
          <w:b w:val="0"/>
          <w:sz w:val="32"/>
        </w:rPr>
        <w:t>（三）FDA监管冲突。军队医疗系统若在FDA批准适应症之外推荐睾酮替代疗法，可能面临监管冲突。虽然军队医疗系统在海外部署等情况下拥有一定的超说明书用药权限，但在本土常规健康评估中超范围推荐激素疗法，其法律基础脆弱。</w:t>
      </w:r>
    </w:p>
    <w:p>
      <w:pPr>
        <w:spacing w:line="560" w:lineRule="exact"/>
        <w:ind w:firstLine="640"/>
      </w:pPr>
      <w:r>
        <w:rPr>
          <w:rFonts w:ascii="黑体" w:hAnsi="黑体" w:eastAsia="黑体"/>
          <w:b/>
          <w:sz w:val="32"/>
        </w:rPr>
        <w:t>四、建议</w:t>
      </w:r>
    </w:p>
    <w:p>
      <w:pPr>
        <w:spacing w:line="560" w:lineRule="exact"/>
        <w:ind w:firstLine="640"/>
      </w:pPr>
      <w:r>
        <w:rPr>
          <w:rFonts w:ascii="楷体" w:hAnsi="楷体" w:eastAsia="楷体"/>
          <w:b w:val="0"/>
          <w:sz w:val="32"/>
        </w:rPr>
        <w:t>（一）战略层面建议。持续跟踪该政策的实际实施进展，重点关注五角大楼是否公布实施细则、各军种的执行差异、以及政策实施后军人健康数据的趋势变化。评估该政策对美军实际战备能力的影响——是实质性提升还是象征性举措。</w:t>
      </w:r>
    </w:p>
    <w:p>
      <w:pPr>
        <w:spacing w:line="560" w:lineRule="exact"/>
        <w:ind w:firstLine="640"/>
      </w:pPr>
      <w:r>
        <w:rPr>
          <w:rFonts w:ascii="楷体" w:hAnsi="楷体" w:eastAsia="楷体"/>
          <w:b w:val="0"/>
          <w:sz w:val="32"/>
        </w:rPr>
        <w:t>（二）战役层面建议。将该政策纳入对赫格塞思军事改革系列的整体评估框架，与其体能标准改革、性别中立案、疫苗政策调整等举措进行关联分析，评估其对美军人员招募、留存和士气的中长期影响。</w:t>
      </w:r>
    </w:p>
    <w:p>
      <w:pPr>
        <w:spacing w:line="560" w:lineRule="exact"/>
        <w:ind w:firstLine="640"/>
      </w:pPr>
      <w:r>
        <w:rPr>
          <w:rFonts w:ascii="楷体" w:hAnsi="楷体" w:eastAsia="楷体"/>
          <w:b w:val="0"/>
          <w:sz w:val="32"/>
        </w:rPr>
        <w:t>（三）战术层面建议。关注美军特战部队社区对该政策的实际反馈——作为该政策最直接的利益相关方，特战部队社区的医学数据和实践经验将为评估政策效果提供最可靠的实证基础。同时关注国会监督动态，特别是参议院军事委员会对该政策的质询和听证安排。</w:t>
      </w:r>
    </w:p>
    <w:p>
      <w:pPr>
        <w:spacing w:line="560" w:lineRule="exact"/>
        <w:ind w:firstLine="640"/>
      </w:pPr>
      <w:r>
        <w:rPr>
          <w:rFonts w:ascii="楷体" w:hAnsi="楷体" w:eastAsia="楷体"/>
          <w:b w:val="0"/>
          <w:sz w:val="32"/>
        </w:rPr>
        <w:t>（四）认知防御建议。该事件中"High-T"叙事的传播策略值得深入研究——如何将一项医学检测政策通过社交媒体符号化传播，在特定受众群体中建立"硬汉"认知锚点。这一叙事工程手法可纳入认知战案例库，用于分析美西方如何将健康政策与意识形态叙事进行融合操作。</w:t>
      </w:r>
    </w:p>
    <w:p>
      <w:pPr>
        <w:spacing w:line="560" w:lineRule="exact"/>
      </w:pPr>
      <w:r>
        <w:rPr>
          <w:rFonts w:ascii="黑体" w:hAnsi="黑体" w:eastAsia="黑体"/>
          <w:b/>
          <w:sz w:val="32"/>
        </w:rPr>
        <w:t>参考文献</w:t>
      </w:r>
    </w:p>
    <w:p>
      <w:pPr>
        <w:spacing w:line="560" w:lineRule="exact"/>
        <w:ind w:left="480" w:hanging="480"/>
        <w:jc w:val="both"/>
      </w:pPr>
      <w:r>
        <w:rPr>
          <w:rFonts w:ascii="仿宋" w:hAnsi="仿宋" w:eastAsia="仿宋"/>
          <w:b w:val="0"/>
          <w:sz w:val="24"/>
        </w:rPr>
        <w:t>① Military.com, "Hegseth Orders Mandatory Testosterone Screening, Optional TRT for Troops 30 &amp; Older," 2026年7月15日, https://www.military.com/hegseth-orders-mandatory-testosterone-screening-optional-trt-troops-30-older</w:t>
      </w:r>
    </w:p>
    <w:p>
      <w:pPr>
        <w:spacing w:line="560" w:lineRule="exact"/>
        <w:ind w:left="480" w:hanging="480"/>
        <w:jc w:val="both"/>
      </w:pPr>
      <w:r>
        <w:rPr>
          <w:rFonts w:ascii="仿宋" w:hAnsi="仿宋" w:eastAsia="仿宋"/>
          <w:b w:val="0"/>
          <w:sz w:val="24"/>
        </w:rPr>
        <w:t>② AP News, "Hegseth wants to test troops for low testosterone," 2026年7月15日, https://apnews.com/article/hegseth-pentagon-testosterone-testing-troops-47333bbf3af9e4cac432722332ff1383</w:t>
      </w:r>
    </w:p>
    <w:p>
      <w:pPr>
        <w:spacing w:line="560" w:lineRule="exact"/>
        <w:ind w:left="480" w:hanging="480"/>
        <w:jc w:val="both"/>
      </w:pPr>
      <w:r>
        <w:rPr>
          <w:rFonts w:ascii="仿宋" w:hAnsi="仿宋" w:eastAsia="仿宋"/>
          <w:b w:val="0"/>
          <w:sz w:val="24"/>
        </w:rPr>
        <w:t>③ CBS News, "Hegseth requires testosterone deficiency screening for service members over 30," 2026年7月15日, https://www.cbsnews.com/news/hegseth-testosterone-deficiency-screening-service-members/</w:t>
      </w:r>
    </w:p>
    <w:p>
      <w:pPr>
        <w:spacing w:line="560" w:lineRule="exact"/>
        <w:ind w:left="480" w:hanging="480"/>
        <w:jc w:val="both"/>
      </w:pPr>
      <w:r>
        <w:rPr>
          <w:rFonts w:ascii="仿宋" w:hAnsi="仿宋" w:eastAsia="仿宋"/>
          <w:b w:val="0"/>
          <w:sz w:val="24"/>
        </w:rPr>
        <w:t>④ The Guardian, "Pete Hegseth says soldiers over age 30 to be screened for testosterone deficiency," 2026年7月15日, https://www.theguardian.com/us-news/2026/jul/15/us-military-testosterone-screening-hegseth</w:t>
      </w:r>
    </w:p>
    <w:p>
      <w:pPr>
        <w:spacing w:line="560" w:lineRule="exact"/>
        <w:ind w:left="480" w:hanging="480"/>
        <w:jc w:val="both"/>
      </w:pPr>
      <w:r>
        <w:rPr>
          <w:rFonts w:ascii="仿宋" w:hAnsi="仿宋" w:eastAsia="仿宋"/>
          <w:b w:val="0"/>
          <w:sz w:val="24"/>
        </w:rPr>
        <w:t>⑤ Task &amp; Purpose, "Pentagon announces testosterone screening for troops 30 and older," 2026年7月15日, https://taskandpurpose.com/news/military-testosterone-screening-2026/</w:t>
      </w:r>
    </w:p>
    <w:p>
      <w:pPr>
        <w:spacing w:line="560" w:lineRule="exact"/>
        <w:ind w:left="480" w:hanging="480"/>
        <w:jc w:val="both"/>
      </w:pPr>
      <w:r>
        <w:rPr>
          <w:rFonts w:ascii="仿宋" w:hAnsi="仿宋" w:eastAsia="仿宋"/>
          <w:b w:val="0"/>
          <w:sz w:val="24"/>
        </w:rPr>
        <w:t>⑥ The American Legion, "Hegseth announces annual testosterone screenings for servicemembers age 30 or older," 2026年7月16日, https://www.legion.org/information-center/news/security/2026/july/hegseth-announces-annual-testosterone-screenings-for-servicemembers-age-30-or-older</w:t>
      </w:r>
    </w:p>
    <w:p>
      <w:pPr>
        <w:spacing w:line="560" w:lineRule="exact"/>
        <w:ind w:left="480" w:hanging="480"/>
        <w:jc w:val="both"/>
      </w:pPr>
      <w:r>
        <w:rPr>
          <w:rFonts w:ascii="仿宋" w:hAnsi="仿宋" w:eastAsia="仿宋"/>
          <w:b w:val="0"/>
          <w:sz w:val="24"/>
        </w:rPr>
        <w:t>⑦ The Atlantic, "Pete Hegseth's Questionable Testosterone Plan," 2026年7月16日, https://www.theatlantic.com/health/2026/07/hegseth-testosterone-testing-military/687929/</w:t>
      </w:r>
    </w:p>
    <w:p>
      <w:pPr>
        <w:spacing w:line="560" w:lineRule="exact"/>
        <w:ind w:left="480" w:hanging="480"/>
        <w:jc w:val="both"/>
      </w:pPr>
      <w:r>
        <w:rPr>
          <w:rFonts w:ascii="仿宋" w:hAnsi="仿宋" w:eastAsia="仿宋"/>
          <w:b w:val="0"/>
          <w:sz w:val="24"/>
        </w:rPr>
        <w:t>⑧ Snopes, "Did Hegseth announce testosterone screening, replacement therapy for troops?" 2026年7月16日, https://www.snopes.com/fact-check/pete-hegseth-testosterone-testing/</w:t>
      </w:r>
    </w:p>
    <w:p>
      <w:pPr>
        <w:spacing w:line="560" w:lineRule="exact"/>
        <w:ind w:left="480" w:hanging="480"/>
        <w:jc w:val="both"/>
      </w:pPr>
      <w:r>
        <w:rPr>
          <w:rFonts w:ascii="仿宋" w:hAnsi="仿宋" w:eastAsia="仿宋"/>
          <w:b w:val="0"/>
          <w:sz w:val="24"/>
        </w:rPr>
        <w:t>⑨ Fortune, "Pete Hegseth wants to test troops for 'testosterone deficiency' - literally," 2026年7月15日, https://fortune.com/2026/07/15/hegseth-testosterone-not-artificial-enhancement/</w:t>
      </w:r>
    </w:p>
    <w:p>
      <w:pPr>
        <w:spacing w:line="560" w:lineRule="exact"/>
        <w:ind w:left="480" w:hanging="480"/>
        <w:jc w:val="both"/>
      </w:pPr>
      <w:r>
        <w:rPr>
          <w:rFonts w:ascii="仿宋" w:hAnsi="仿宋" w:eastAsia="仿宋"/>
          <w:b w:val="0"/>
          <w:sz w:val="24"/>
        </w:rPr>
        <w:t>⑩ Al Jazeera, "Pete Hegseth says US military to start testosterone screening for over 30s," 2026年7月16日, https://www.aljazeera.com/news/2026/7/16/pete-hegseth-says-us-military-to-start-testosterone-screening-for-over-30s</w:t>
      </w:r>
    </w:p>
    <w:p>
      <w:pPr>
        <w:spacing w:line="560" w:lineRule="exact"/>
        <w:ind w:left="480" w:hanging="480"/>
        <w:jc w:val="both"/>
      </w:pPr>
      <w:r>
        <w:rPr>
          <w:rFonts w:ascii="仿宋" w:hAnsi="仿宋" w:eastAsia="仿宋"/>
          <w:b w:val="0"/>
          <w:sz w:val="24"/>
        </w:rPr>
        <w:t>⑪ U.S. Department of Defense, "Health and Human Performance Optimization to Enhance Military Readiness" (Memorandum), 2026年7月15日, https://media.defense.gov/2026/Jul/15/2003961654/-1/-1/1/HEALTH%20AND%20HUMAN%20PERFORMANCE%20OPTIMIZATION%20TO%20ENHANCE%20MILITARY%20READINESS%20OSD004430-26%20RES%20FINAL.PDF</w:t>
      </w:r>
    </w:p>
    <w:p>
      <w:pPr>
        <w:spacing w:line="560" w:lineRule="exact"/>
        <w:ind w:left="480" w:hanging="480"/>
        <w:jc w:val="both"/>
      </w:pPr>
      <w:r>
        <w:rPr>
          <w:rFonts w:ascii="仿宋" w:hAnsi="仿宋" w:eastAsia="仿宋"/>
          <w:b w:val="0"/>
          <w:sz w:val="24"/>
        </w:rPr>
        <w:t>⑫ The New York Times, "Hegseth Plans to Screen All Troops, Including Women, for Low Testosterone," 2026年7月15日, https://www.nytimes.com/2026/07/15/us/politics/hegseth-troops-testosterone.html</w:t>
      </w:r>
    </w:p>
    <w:p>
      <w:pPr>
        <w:spacing w:line="560" w:lineRule="exact"/>
        <w:ind w:left="480" w:hanging="480"/>
        <w:jc w:val="both"/>
      </w:pPr>
      <w:r>
        <w:rPr>
          <w:rFonts w:ascii="仿宋" w:hAnsi="仿宋" w:eastAsia="仿宋"/>
          <w:b w:val="0"/>
          <w:sz w:val="24"/>
        </w:rPr>
        <w:t>⑬ Reuters, "Hegseth Announces Testosterone Screening for US Troops," 2026年7月16日, https://www.reuters.com/legal/litigation/hegseth-announces-testosterone-screening-us-troops-2026-07-16/</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