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香港宏福苑大火听证会舆情分析报告</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一、事件基本情况</w:t>
      </w:r>
    </w:p>
    <w:p>
      <w:pPr>
        <w:spacing w:line="560" w:lineRule="exact"/>
        <w:ind w:firstLine="640"/>
        <w:jc w:val="both"/>
      </w:pPr>
      <w:r>
        <w:rPr>
          <w:rFonts w:ascii="仿宋_GB2312" w:hAnsi="仿宋_GB2312" w:eastAsia="仿宋_GB2312"/>
          <w:b w:val="0"/>
          <w:sz w:val="32"/>
        </w:rPr>
        <w:t>2025年11月，香港大埔宏福苑在进行大型维修工程期间发生五级大火，火势在6分钟内从底层迅速蔓延至顶层，造成严重人员伤亡。这是香港主权移交以来最惨痛的火灾事件之一。独立委员会专家将此次大火与1996年嘉利大厦大火及2017年英国格伦费尔大厦大火相类比，指出三者均存在系统性失效问题。</w:t>
      </w:r>
    </w:p>
    <w:p>
      <w:pPr>
        <w:spacing w:line="560" w:lineRule="exact"/>
        <w:ind w:firstLine="640"/>
        <w:jc w:val="both"/>
      </w:pPr>
      <w:r>
        <w:rPr>
          <w:rFonts w:ascii="仿宋_GB2312" w:hAnsi="仿宋_GB2312" w:eastAsia="仿宋_GB2312"/>
          <w:b w:val="0"/>
          <w:sz w:val="32"/>
        </w:rPr>
        <w:t>火灾发生后，香港特区政府成立"大埔宏福苑火灾独立委员会"，举行共六轮29日的听证会。2026年7月15日至17日，委员会在中环展城馆举行最后一轮（第六轮）共三场听证会，听取8个涉事方的总结陈词，包括政府代表、居民代表、物管公司置邦、市建局、竞委会、法团管委代表、中华发展及宏泰消防等。7月17日，独立委员会代表作最终总结陈辞，并上载627页英文书面总结。</w:t>
      </w:r>
    </w:p>
    <w:p>
      <w:pPr>
        <w:spacing w:line="560" w:lineRule="exact"/>
        <w:ind w:firstLine="640"/>
      </w:pPr>
      <w:r>
        <w:rPr>
          <w:rFonts w:ascii="黑体" w:hAnsi="黑体" w:eastAsia="黑体"/>
          <w:b/>
          <w:sz w:val="32"/>
        </w:rPr>
        <w:t>二、听证会第六轮总结陈辞核心内容</w:t>
      </w:r>
    </w:p>
    <w:p>
      <w:pPr>
        <w:spacing w:line="560" w:lineRule="exact"/>
        <w:ind w:firstLine="640"/>
      </w:pPr>
      <w:r>
        <w:rPr>
          <w:rFonts w:ascii="楷体" w:hAnsi="楷体" w:eastAsia="楷体"/>
          <w:b w:val="0"/>
          <w:sz w:val="32"/>
        </w:rPr>
        <w:t>（一）政府代表总结陈辞（7月16日）</w:t>
      </w:r>
    </w:p>
    <w:p>
      <w:pPr>
        <w:spacing w:line="560" w:lineRule="exact"/>
        <w:ind w:firstLine="640"/>
        <w:jc w:val="both"/>
      </w:pPr>
      <w:r>
        <w:rPr>
          <w:rFonts w:ascii="仿宋_GB2312" w:hAnsi="仿宋_GB2312" w:eastAsia="仿宋_GB2312"/>
          <w:b w:val="0"/>
          <w:sz w:val="32"/>
        </w:rPr>
        <w:t>据文汇报、明报、星岛日报、香港经济日报、东网、香港01、香港中通社、橙新闻、法庭线、RTHK、Now新闻、集誌社等十余家媒体7月16日至17日报道，政府代表资深大律师孙靖乾在总结陈辞中系统阐述了政府立场。政府书面总结陈辞指出，火灾六个促成因素均已"证据确立"：未熄烟头点燃易燃物、工人违法吸烟、非阻燃棚网、发泡胶封窗、消防系统失效、承建商蓄意违规。政府代表指宏业（总承建商）"蓄意违法""不断欺骗政府部门""鱼目混珠"，鸿毅建筑事务所及其注册检验人员吴跃"完全没有履行监督职责"，中华发展"从未到场、从未评估关闭消防装置的后果"，其董事在庭上承认为"橡皮图章"，宏泰消防发现消防水缸清空及电源关闭超过一个月却"知而不跟"。</w:t>
      </w:r>
    </w:p>
    <w:p>
      <w:pPr>
        <w:spacing w:line="560" w:lineRule="exact"/>
        <w:ind w:firstLine="640"/>
        <w:jc w:val="both"/>
      </w:pPr>
      <w:r>
        <w:rPr>
          <w:rFonts w:ascii="仿宋_GB2312" w:hAnsi="仿宋_GB2312" w:eastAsia="仿宋_GB2312"/>
          <w:b w:val="0"/>
          <w:sz w:val="32"/>
        </w:rPr>
        <w:t>政府代表同时承认识别出五个"系统性弱点"，并提出七项改善措施。但政府大律师强调，将所有责任归咎于政府"欠公允""不符事实"，称"大维修涉及的财务诱因大于现行法例处分风险"，承建商蓄意违规是火灾蔓延的主因。政府代表指"承建商滥用机制、欺骗政府，若认为政府是大火的始作俑者并不公允"。对于政府能否防止蓄意欺骗，政府代表表示"难以防范"。集誌社报道，灾民对此回应："拎緊咁多人工，你咁樣同我講？"表达对政府"防不了欺骗"说辞的不满。</w:t>
      </w:r>
    </w:p>
    <w:p>
      <w:pPr>
        <w:spacing w:line="560" w:lineRule="exact"/>
        <w:ind w:firstLine="640"/>
      </w:pPr>
      <w:r>
        <w:rPr>
          <w:rFonts w:ascii="楷体" w:hAnsi="楷体" w:eastAsia="楷体"/>
          <w:b w:val="0"/>
          <w:sz w:val="32"/>
        </w:rPr>
        <w:t>（二）独立委员会最终总结陈辞（7月17日）</w:t>
      </w:r>
    </w:p>
    <w:p>
      <w:pPr>
        <w:spacing w:line="560" w:lineRule="exact"/>
        <w:ind w:firstLine="640"/>
        <w:jc w:val="both"/>
      </w:pPr>
      <w:r>
        <w:rPr>
          <w:rFonts w:ascii="仿宋_GB2312" w:hAnsi="仿宋_GB2312" w:eastAsia="仿宋_GB2312"/>
          <w:b w:val="0"/>
          <w:sz w:val="32"/>
        </w:rPr>
        <w:t>据香港01、星岛日报7月17日报道，独立委员会代表在最后一场听证会上作总结陈辞。香港01以"委员会：承办商欺骗得逞 因政府提供可乘之机"为标题报道，指出委员会认为承建商之所以能欺骗得逞，是因为政府提供了可乘之机。星岛日报报道，委员会指目前证据未显示黄碧娇参与围标，但民事或刑事责任非委员会职权范围。委员会上载627页英文书面总结，严厉批评多方。明报报道，委员会主席陆启康表示将就各方立场、分析及建议，连同之前听取的证供作独立考虑。</w:t>
      </w:r>
    </w:p>
    <w:p>
      <w:pPr>
        <w:spacing w:line="560" w:lineRule="exact"/>
        <w:ind w:firstLine="640"/>
      </w:pPr>
      <w:r>
        <w:rPr>
          <w:rFonts w:ascii="楷体" w:hAnsi="楷体" w:eastAsia="楷体"/>
          <w:b w:val="0"/>
          <w:sz w:val="32"/>
        </w:rPr>
        <w:t>（三）居民代表总结陈辞</w:t>
      </w:r>
    </w:p>
    <w:p>
      <w:pPr>
        <w:spacing w:line="560" w:lineRule="exact"/>
        <w:ind w:firstLine="640"/>
        <w:jc w:val="both"/>
      </w:pPr>
      <w:r>
        <w:rPr>
          <w:rFonts w:ascii="仿宋_GB2312" w:hAnsi="仿宋_GB2312" w:eastAsia="仿宋_GB2312"/>
          <w:b w:val="0"/>
          <w:sz w:val="32"/>
        </w:rPr>
        <w:t>据明报、东网、香港01报道，代表9名宏福苑居民的大律师谭俊杰在总结陈辞中指，大火是"环环失误酿祸，包括政府"。居民提出11项建议，指部分证人"只想卸责"惹怒居民。明报以"宏福苑居民：一句'对不起'及认责非奢侈"为题报道居民诉求。东网报道灾民斥"塞责遍部门"。居民代表总结陈辞指宏业"鱼目混珠"，鸿毅未履行监督责任。</w:t>
      </w:r>
    </w:p>
    <w:p>
      <w:pPr>
        <w:spacing w:line="560" w:lineRule="exact"/>
        <w:ind w:firstLine="640"/>
      </w:pPr>
      <w:r>
        <w:rPr>
          <w:rFonts w:ascii="楷体" w:hAnsi="楷体" w:eastAsia="楷体"/>
          <w:b w:val="0"/>
          <w:sz w:val="32"/>
        </w:rPr>
        <w:t>（四）物管公司置邦陈辞</w:t>
      </w:r>
    </w:p>
    <w:p>
      <w:pPr>
        <w:spacing w:line="560" w:lineRule="exact"/>
        <w:ind w:firstLine="640"/>
        <w:jc w:val="both"/>
      </w:pPr>
      <w:r>
        <w:rPr>
          <w:rFonts w:ascii="仿宋_GB2312" w:hAnsi="仿宋_GB2312" w:eastAsia="仿宋_GB2312"/>
          <w:b w:val="0"/>
          <w:sz w:val="32"/>
        </w:rPr>
        <w:t>据RTHK、橙新闻、明报报道，宏福苑物管公司置邦兴业的代表大律师何卓衡在陈辞中称，置邦在大维修中"没有被委任监督角色"，无收额外费用。置邦指电工误关消防总掣是因无承办商在场，"倘消防商在场不会出现此情况"，批年检商宏泰"知而不跟"。置邦自言在大维修中无监督角色。中华发展则称警钟效用要看逃生时间，法官陆启康反驳"没人会同意响钟没用"。</w:t>
      </w:r>
    </w:p>
    <w:p>
      <w:pPr>
        <w:spacing w:line="560" w:lineRule="exact"/>
        <w:ind w:firstLine="640"/>
      </w:pPr>
      <w:r>
        <w:rPr>
          <w:rFonts w:ascii="楷体" w:hAnsi="楷体" w:eastAsia="楷体"/>
          <w:b w:val="0"/>
          <w:sz w:val="32"/>
        </w:rPr>
        <w:t>（五）市建局陈辞</w:t>
      </w:r>
    </w:p>
    <w:p>
      <w:pPr>
        <w:spacing w:line="560" w:lineRule="exact"/>
        <w:ind w:firstLine="640"/>
        <w:jc w:val="both"/>
      </w:pPr>
      <w:r>
        <w:rPr>
          <w:rFonts w:ascii="仿宋_GB2312" w:hAnsi="仿宋_GB2312" w:eastAsia="仿宋_GB2312"/>
          <w:b w:val="0"/>
          <w:sz w:val="32"/>
        </w:rPr>
        <w:t>据法庭线、橙新闻、Yahoo报道，市建局在总结陈辞中称"招标妥"是"屏障非堡垒"，基于职能限制难以杜絕围标。市建局表示没有矮化自身职能，但行事有实际局限。</w:t>
      </w:r>
    </w:p>
    <w:p>
      <w:pPr>
        <w:spacing w:line="560" w:lineRule="exact"/>
        <w:ind w:firstLine="640"/>
      </w:pPr>
      <w:r>
        <w:rPr>
          <w:rFonts w:ascii="楷体" w:hAnsi="楷体" w:eastAsia="楷体"/>
          <w:b w:val="0"/>
          <w:sz w:val="32"/>
        </w:rPr>
        <w:t>（六）竞委会陈辞</w:t>
      </w:r>
    </w:p>
    <w:p>
      <w:pPr>
        <w:spacing w:line="560" w:lineRule="exact"/>
        <w:ind w:firstLine="640"/>
        <w:jc w:val="both"/>
      </w:pPr>
      <w:r>
        <w:rPr>
          <w:rFonts w:ascii="仿宋_GB2312" w:hAnsi="仿宋_GB2312" w:eastAsia="仿宋_GB2312"/>
          <w:b w:val="0"/>
          <w:sz w:val="32"/>
        </w:rPr>
        <w:t>据RTHK、香港01、集誌社、橙新闻、点新闻、大公文汇网、星岛日报等多家媒体7月15日至16日报道，竞委会行政总监（法律事务）李曉亮在陈辞中确认，香港长期存在系统性围标集团，影响楼宇维修工程招标结果。竞委会指围标越来越"明目张胆"，有围标由三合會领导，涉及行贿和暴力威脅。竞委会倡将严重围标行为刑事化，可判监禁，并以民事举证标准检控。竞委会提交四份陈辞书，指出围标等反竞争行为在宏福苑大维修中扮演了重要角色。</w:t>
      </w:r>
    </w:p>
    <w:p>
      <w:pPr>
        <w:spacing w:line="560" w:lineRule="exact"/>
        <w:ind w:firstLine="640"/>
      </w:pPr>
      <w:r>
        <w:rPr>
          <w:rFonts w:ascii="黑体" w:hAnsi="黑体" w:eastAsia="黑体"/>
          <w:b/>
          <w:sz w:val="32"/>
        </w:rPr>
        <w:t>三、政府改革措施</w:t>
      </w:r>
    </w:p>
    <w:p>
      <w:pPr>
        <w:spacing w:line="560" w:lineRule="exact"/>
        <w:ind w:firstLine="640"/>
        <w:jc w:val="both"/>
      </w:pPr>
      <w:r>
        <w:rPr>
          <w:rFonts w:ascii="仿宋_GB2312" w:hAnsi="仿宋_GB2312" w:eastAsia="仿宋_GB2312"/>
          <w:b w:val="0"/>
          <w:sz w:val="32"/>
        </w:rPr>
        <w:t>据明报、香港01、大公报报道，政府在宏福苑大火后推行七项改革措施，涵盖工程监管、消防安全、物业管理等方面。同时，地盘禁烟令于7月17日正式实施，违反者罚款3000元，违规承建商可罚款40万元。建造商会推出实务指引，工地人员吸烟即解雇，培训后始可再受聘。大公报报道议员倡重新检视行业指引。明报报道管委倡大工程引入独立专家。</w:t>
      </w:r>
    </w:p>
    <w:p>
      <w:pPr>
        <w:spacing w:line="560" w:lineRule="exact"/>
        <w:ind w:firstLine="640"/>
      </w:pPr>
      <w:r>
        <w:rPr>
          <w:rFonts w:ascii="黑体" w:hAnsi="黑体" w:eastAsia="黑体"/>
          <w:b/>
          <w:sz w:val="32"/>
        </w:rPr>
        <w:t>四、关键人物动态</w:t>
      </w:r>
    </w:p>
    <w:p>
      <w:pPr>
        <w:spacing w:line="560" w:lineRule="exact"/>
        <w:ind w:firstLine="640"/>
        <w:jc w:val="both"/>
      </w:pPr>
      <w:r>
        <w:rPr>
          <w:rFonts w:ascii="仿宋_GB2312" w:hAnsi="仿宋_GB2312" w:eastAsia="仿宋_GB2312"/>
          <w:b w:val="0"/>
          <w:sz w:val="32"/>
        </w:rPr>
        <w:t>据星岛日报报道，黄碧娇在工程前期扮演一定角色并收集授权票，居民代表指其"做法值得商榷"。委员会7月17日总结指目前证据未显示黄碧娇参与围标。黄碧娇和邓国权在听证会中未作供。星岛日报另报道，何伟豪在火灾时留在宏泰阁尝试协助疏散，政府代表称赞其"展现非凡勇气和崇高使命感"。文汇报报道，东华三院预留9000万元助居民。</w:t>
      </w:r>
    </w:p>
    <w:p>
      <w:pPr>
        <w:spacing w:line="560" w:lineRule="exact"/>
        <w:ind w:firstLine="640"/>
      </w:pPr>
      <w:r>
        <w:rPr>
          <w:rFonts w:ascii="黑体" w:hAnsi="黑体" w:eastAsia="黑体"/>
          <w:b/>
          <w:sz w:val="32"/>
        </w:rPr>
        <w:t>五、社会背景与历史定位</w:t>
      </w:r>
    </w:p>
    <w:p>
      <w:pPr>
        <w:spacing w:line="560" w:lineRule="exact"/>
        <w:ind w:firstLine="640"/>
        <w:jc w:val="both"/>
      </w:pPr>
      <w:r>
        <w:rPr>
          <w:rFonts w:ascii="仿宋_GB2312" w:hAnsi="仿宋_GB2312" w:eastAsia="仿宋_GB2312"/>
          <w:b w:val="0"/>
          <w:sz w:val="32"/>
        </w:rPr>
        <w:t>am730引述新加坡组屋模式对比，指出新加坡组屋由政府全程管理"不退场"，而香港居屋管治须根本检討。</w:t>
      </w:r>
    </w:p>
    <w:p>
      <w:pPr>
        <w:spacing w:line="560" w:lineRule="exact"/>
      </w:pPr>
      <w:r>
        <w:rPr>
          <w:rFonts w:ascii="黑体" w:hAnsi="黑体" w:eastAsia="黑体"/>
          <w:b/>
          <w:sz w:val="32"/>
        </w:rPr>
        <w:t>第二章 风险研判</w:t>
      </w:r>
    </w:p>
    <w:p>
      <w:pPr>
        <w:spacing w:line="560" w:lineRule="exact"/>
        <w:ind w:firstLine="640"/>
      </w:pPr>
      <w:r>
        <w:rPr>
          <w:rFonts w:ascii="黑体" w:hAnsi="黑体" w:eastAsia="黑体"/>
          <w:b/>
          <w:sz w:val="32"/>
        </w:rPr>
        <w:t>一、政府"认弱不认责"立场引发公信力连锁危机</w:t>
      </w:r>
    </w:p>
    <w:p>
      <w:pPr>
        <w:spacing w:line="560" w:lineRule="exact"/>
        <w:ind w:firstLine="640"/>
        <w:jc w:val="both"/>
      </w:pPr>
      <w:r>
        <w:rPr>
          <w:rFonts w:ascii="仿宋_GB2312" w:hAnsi="仿宋_GB2312" w:eastAsia="仿宋_GB2312"/>
          <w:b w:val="0"/>
          <w:sz w:val="32"/>
        </w:rPr>
        <w:t>政府在听证会上承认五个系统性弱点和部门沟通不足，同时坚持"不同于直接责任"，将首责归于承建商。这一立场与居民期待存在巨大落差。集誌社记录灾民直言"拎緊咁多人工，你咁樣同我講？"独立委员会7月17日的总结陈辞进一步指出"承办商欺骗得逞因政府提供可乘之机"，实际上否定了政府"被骗"的甩责逻辑。政府"认弱不认责"的立场面临来自居民、媒体和委员会本身的三方夹击。若政府最终报告仍维持此立场，可能引发以下连锁风险：一是灾民和公众对政府信任进一步流失；二是"认制度弱点不认直接责任"可能被视为政府规避责任的先例；三是"合乎程序的荒谬"可能成为对港府管治能力的长期定性。</w:t>
      </w:r>
    </w:p>
    <w:p>
      <w:pPr>
        <w:spacing w:line="560" w:lineRule="exact"/>
        <w:ind w:firstLine="640"/>
      </w:pPr>
      <w:r>
        <w:rPr>
          <w:rFonts w:ascii="黑体" w:hAnsi="黑体" w:eastAsia="黑体"/>
          <w:b/>
          <w:sz w:val="32"/>
        </w:rPr>
        <w:t>二、围标问题已超出经济犯罪范畴 涉及有组织犯罪</w:t>
      </w:r>
    </w:p>
    <w:p>
      <w:pPr>
        <w:spacing w:line="560" w:lineRule="exact"/>
        <w:ind w:firstLine="640"/>
        <w:jc w:val="both"/>
      </w:pPr>
      <w:r>
        <w:rPr>
          <w:rFonts w:ascii="仿宋_GB2312" w:hAnsi="仿宋_GB2312" w:eastAsia="仿宋_GB2312"/>
          <w:b w:val="0"/>
          <w:sz w:val="32"/>
        </w:rPr>
        <w:t>竞委会在听证会上的陈辞揭示了围标问题的严重程度远超预期：围标集团由三合會领导，涉及行贿和暴力威脅，"明目张胆"直问承办商意向。这已不是简单的经济违法行为，而是有组织犯罪对香港楼宇维修工程的系统性渗透。市建局承认"招标妥"只是"屏障非堡垒"，基于职能限制难以杜絕围标。现行法例处分力度远低于违规获利--政府代表自己承认"大维修涉及的财务诱因大于处分风险"。竞委会倡刑事化是重要信号，但围标涉三合會意味着仅靠竞争法不足够，需要警务处和廉署的深度介入。</w:t>
      </w:r>
    </w:p>
    <w:p>
      <w:pPr>
        <w:spacing w:line="560" w:lineRule="exact"/>
        <w:ind w:firstLine="640"/>
      </w:pPr>
      <w:r>
        <w:rPr>
          <w:rFonts w:ascii="黑体" w:hAnsi="黑体" w:eastAsia="黑体"/>
          <w:b/>
          <w:sz w:val="32"/>
        </w:rPr>
        <w:t>三、大维修期间"权责真空"是火灾蔓延的制度性诱因</w:t>
      </w:r>
    </w:p>
    <w:p>
      <w:pPr>
        <w:spacing w:line="560" w:lineRule="exact"/>
        <w:ind w:firstLine="640"/>
        <w:jc w:val="both"/>
      </w:pPr>
      <w:r>
        <w:rPr>
          <w:rFonts w:ascii="仿宋_GB2312" w:hAnsi="仿宋_GB2312" w:eastAsia="仿宋_GB2312"/>
          <w:b w:val="0"/>
          <w:sz w:val="32"/>
        </w:rPr>
        <w:t>听证会揭示了一个关键制度缺陷：在大维修工程期间，物管置邦"没有被委任监督角色"，法团管委"自言无力监管建商"，政府部门监管存在"系统性弱点"，承建商宏业则"蓄意欺骗"--实际上没有任何一方对施工现场承担有效的监督责任。置邦称"无收额外费用"所以不监督，这一逻辑若被接受，将意味着物管在大维修期间可以合法地"退场"。明报报道管委倡大工程引入独立专家，但这一建议能否制度化仍不明朗。</w:t>
      </w:r>
    </w:p>
    <w:p>
      <w:pPr>
        <w:spacing w:line="560" w:lineRule="exact"/>
        <w:ind w:firstLine="640"/>
      </w:pPr>
      <w:r>
        <w:rPr>
          <w:rFonts w:ascii="黑体" w:hAnsi="黑体" w:eastAsia="黑体"/>
          <w:b/>
          <w:sz w:val="32"/>
        </w:rPr>
        <w:t>四、消防系统失效链暴露深层监管崩溃</w:t>
      </w:r>
    </w:p>
    <w:p>
      <w:pPr>
        <w:spacing w:line="560" w:lineRule="exact"/>
        <w:ind w:firstLine="640"/>
        <w:jc w:val="both"/>
      </w:pPr>
      <w:r>
        <w:rPr>
          <w:rFonts w:ascii="仿宋_GB2312" w:hAnsi="仿宋_GB2312" w:eastAsia="仿宋_GB2312"/>
          <w:b w:val="0"/>
          <w:sz w:val="32"/>
        </w:rPr>
        <w:t>听证会披露的消防系统失效呈现完整链条：电工误关消防总掣（因无承办商在场指导）、物管置邦未能阻止（称不在其职责范围）、年检商宏泰发现消防水缸清空及电源关闭超过一个月却"知而不跟"、中华发展"从未到场"评估关闭消防装置的后果、消防商不在场。所有环节同时失效，导致火灾发生时警钟不响、消防系统瘫痪。法官陆启康"没人会同意响钟没用"的反驳直指核心。</w:t>
      </w:r>
    </w:p>
    <w:p>
      <w:pPr>
        <w:spacing w:line="560" w:lineRule="exact"/>
        <w:ind w:firstLine="640"/>
      </w:pPr>
      <w:r>
        <w:rPr>
          <w:rFonts w:ascii="黑体" w:hAnsi="黑体" w:eastAsia="黑体"/>
          <w:b/>
          <w:sz w:val="32"/>
        </w:rPr>
        <w:t>五、社会情绪从火灾事故向治理能力质疑演变</w:t>
      </w:r>
    </w:p>
    <w:p>
      <w:pPr>
        <w:spacing w:line="560" w:lineRule="exact"/>
        <w:ind w:firstLine="640"/>
        <w:jc w:val="both"/>
      </w:pPr>
      <w:r>
        <w:rPr>
          <w:rFonts w:ascii="仿宋_GB2312" w:hAnsi="仿宋_GB2312" w:eastAsia="仿宋_GB2312"/>
          <w:b w:val="0"/>
          <w:sz w:val="32"/>
        </w:rPr>
        <w:t>事件正在从单一火灾事故向社会治理议题演变。am730"港居屋管治须根本检討"的讨论，明报"居民一句对不起非奢侈"的诉求--这些声音汇聚成对港府管治能力的系统性质疑。特别值得关注的是，独立委员会被批评为"降格"（非法定的独立调查委员会），委员会无权追究刑民事责任，只能提出建议。星岛日报报道委员会指"民事或刑事责任非委员会职权范围"，这一定位可能使受害居民无法通过听证会获得实质性正义。</w:t>
      </w:r>
    </w:p>
    <w:p>
      <w:pPr>
        <w:spacing w:line="560" w:lineRule="exact"/>
        <w:ind w:firstLine="640"/>
      </w:pPr>
      <w:r>
        <w:rPr>
          <w:rFonts w:ascii="黑体" w:hAnsi="黑体" w:eastAsia="黑体"/>
          <w:b/>
          <w:sz w:val="32"/>
        </w:rPr>
        <w:t>六、香港居屋管治模式面临根本性检讨压力</w:t>
      </w:r>
    </w:p>
    <w:p>
      <w:pPr>
        <w:spacing w:line="560" w:lineRule="exact"/>
        <w:ind w:firstLine="640"/>
        <w:jc w:val="both"/>
      </w:pPr>
      <w:r>
        <w:rPr>
          <w:rFonts w:ascii="仿宋_GB2312" w:hAnsi="仿宋_GB2312" w:eastAsia="仿宋_GB2312"/>
          <w:b w:val="0"/>
          <w:sz w:val="32"/>
        </w:rPr>
        <w:t>am730引述新加坡组屋模式对比香港居屋管治，触及了深层制度问题。新加坡组屋由政府全程管理"不退场"，而香港居屋在交付后由法团和物管接手，政府"退场"后监管缺位。宏福苑大火暴露的围标、物管权责模糊、法团监管无力等问题，根源在于香港居屋"建管脱节"的制度设计。</w:t>
      </w:r>
    </w:p>
    <w:p>
      <w:pPr>
        <w:spacing w:line="560" w:lineRule="exact"/>
      </w:pPr>
      <w:r>
        <w:rPr>
          <w:rFonts w:ascii="黑体" w:hAnsi="黑体" w:eastAsia="黑体"/>
          <w:b/>
          <w:sz w:val="32"/>
        </w:rPr>
        <w:t>第三章 舆论反映情况</w:t>
      </w:r>
    </w:p>
    <w:p>
      <w:pPr>
        <w:spacing w:line="560" w:lineRule="exact"/>
        <w:ind w:firstLine="640"/>
      </w:pPr>
      <w:r>
        <w:rPr>
          <w:rFonts w:ascii="黑体" w:hAnsi="黑体" w:eastAsia="黑体"/>
          <w:b/>
          <w:sz w:val="32"/>
        </w:rPr>
        <w:t>一、香港主流媒体报道立场分析</w:t>
      </w:r>
    </w:p>
    <w:p>
      <w:pPr>
        <w:spacing w:line="560" w:lineRule="exact"/>
        <w:ind w:firstLine="640"/>
      </w:pPr>
      <w:r>
        <w:rPr>
          <w:rFonts w:ascii="楷体" w:hAnsi="楷体" w:eastAsia="楷体"/>
          <w:b w:val="0"/>
          <w:sz w:val="32"/>
        </w:rPr>
        <w:t>（一）左派媒体（大公报、文汇报、大公文汇网）</w:t>
      </w:r>
    </w:p>
    <w:p>
      <w:pPr>
        <w:spacing w:line="560" w:lineRule="exact"/>
        <w:ind w:firstLine="640"/>
        <w:jc w:val="both"/>
      </w:pPr>
      <w:r>
        <w:rPr>
          <w:rFonts w:ascii="仿宋_GB2312" w:hAnsi="仿宋_GB2312" w:eastAsia="仿宋_GB2312"/>
          <w:b w:val="0"/>
          <w:sz w:val="32"/>
        </w:rPr>
        <w:t>大公报和文汇报的报道侧重于政府改革措施和责任追究，关注议员建议和行业指引调整。大公文汇网报道競委會倡圍標刑事化。整体立场倾向于支持政府改革方向，同时关注灾民诉求。</w:t>
      </w:r>
    </w:p>
    <w:p>
      <w:pPr>
        <w:spacing w:line="560" w:lineRule="exact"/>
        <w:ind w:firstLine="640"/>
      </w:pPr>
      <w:r>
        <w:rPr>
          <w:rFonts w:ascii="楷体" w:hAnsi="楷体" w:eastAsia="楷体"/>
          <w:b w:val="0"/>
          <w:sz w:val="32"/>
        </w:rPr>
        <w:t>（二）中立媒体（明报、信报、星岛日报、RTHK）</w:t>
      </w:r>
    </w:p>
    <w:p>
      <w:pPr>
        <w:spacing w:line="560" w:lineRule="exact"/>
        <w:ind w:firstLine="640"/>
        <w:jc w:val="both"/>
      </w:pPr>
      <w:r>
        <w:rPr>
          <w:rFonts w:ascii="仿宋_GB2312" w:hAnsi="仿宋_GB2312" w:eastAsia="仿宋_GB2312"/>
          <w:b w:val="0"/>
          <w:sz w:val="32"/>
        </w:rPr>
        <w:t>明报是此次报道最为深入的媒体，从7月15日至17日连续多日以专题形式报道听证会进展，覆盖政府陈辞、居民诉求、物管权责、围标问题、消防系统失效等多个维度。信报关注行业整改和责任归属。星岛日报关注具体责任人物的行为细节和委员会最终立场。RTHK报道政府律师称责任全归咎政府"不符事实"，以及物管公司称无委任顾问或监督角色。</w:t>
      </w:r>
    </w:p>
    <w:p>
      <w:pPr>
        <w:spacing w:line="560" w:lineRule="exact"/>
        <w:ind w:firstLine="640"/>
      </w:pPr>
      <w:r>
        <w:rPr>
          <w:rFonts w:ascii="楷体" w:hAnsi="楷体" w:eastAsia="楷体"/>
          <w:b w:val="0"/>
          <w:sz w:val="32"/>
        </w:rPr>
        <w:t>（三）网络媒体（香港01、东网、橙新闻、集誌社、法庭线）</w:t>
      </w:r>
    </w:p>
    <w:p>
      <w:pPr>
        <w:spacing w:line="560" w:lineRule="exact"/>
        <w:ind w:firstLine="640"/>
        <w:jc w:val="both"/>
      </w:pPr>
      <w:r>
        <w:rPr>
          <w:rFonts w:ascii="仿宋_GB2312" w:hAnsi="仿宋_GB2312" w:eastAsia="仿宋_GB2312"/>
          <w:b w:val="0"/>
          <w:sz w:val="32"/>
        </w:rPr>
        <w:t>香港01以"7.16重点""7.17重点"形式每日梳理听证会要点，信息密度高。东网报道东方日报正论措辞尖锐批评。橙新闻报道政府总结陈辞要点。集誌社以"第29日"形式进行逐日记录，捕捉了灾民"拎緊咁多人工你咁樣同我講？"的真实反应。法庭线以法律专业视角报道，关注市建局总结中"没有矮化自身职能但行事有实际局限"的法律定位。</w:t>
      </w:r>
    </w:p>
    <w:p>
      <w:pPr>
        <w:spacing w:line="560" w:lineRule="exact"/>
        <w:ind w:firstLine="640"/>
      </w:pPr>
      <w:r>
        <w:rPr>
          <w:rFonts w:ascii="楷体" w:hAnsi="楷体" w:eastAsia="楷体"/>
          <w:b w:val="0"/>
          <w:sz w:val="32"/>
        </w:rPr>
        <w:t>（四）深度评论媒体（端传媒）</w:t>
      </w:r>
    </w:p>
    <w:p>
      <w:pPr>
        <w:spacing w:line="560" w:lineRule="exact"/>
        <w:ind w:firstLine="640"/>
        <w:jc w:val="both"/>
      </w:pPr>
      <w:r>
        <w:rPr>
          <w:rFonts w:ascii="仿宋_GB2312" w:hAnsi="仿宋_GB2312" w:eastAsia="仿宋_GB2312"/>
          <w:b w:val="0"/>
          <w:sz w:val="32"/>
        </w:rPr>
        <w:t>端传媒深度评论质疑听证会被"降格"为非法定委员会的动机和后果，影响国际社会对香港治理能力的评价。</w:t>
      </w:r>
    </w:p>
    <w:p>
      <w:pPr>
        <w:spacing w:line="560" w:lineRule="exact"/>
        <w:ind w:firstLine="640"/>
      </w:pPr>
      <w:r>
        <w:rPr>
          <w:rFonts w:ascii="黑体" w:hAnsi="黑体" w:eastAsia="黑体"/>
          <w:b/>
          <w:sz w:val="32"/>
        </w:rPr>
        <w:t>二、舆论关注焦点热度排序</w:t>
      </w:r>
    </w:p>
    <w:p>
      <w:pPr>
        <w:spacing w:line="560" w:lineRule="exact"/>
        <w:ind w:firstLine="640"/>
        <w:jc w:val="both"/>
      </w:pPr>
      <w:r>
        <w:rPr>
          <w:rFonts w:ascii="仿宋_GB2312" w:hAnsi="仿宋_GB2312" w:eastAsia="仿宋_GB2312"/>
          <w:b w:val="0"/>
          <w:sz w:val="32"/>
        </w:rPr>
        <w:t>综合68条素材分析，舆论关注焦点按热度排序为：责任归属之争（政府vs承建商），覆盖约30条素材；制度漏洞与围标问题（系统性弱点、围标刑事化、三合會 involvement），覆盖约15条素材；居民诉求与情感（道歉、认责、灾民反应），覆盖约10条素材；消防系统失效链（电工关警钟、物管不监督、宏泰知而不跟），覆盖约8条素材；行业整改措施（禁烟、指引、七项改革），覆盖约5条素材。</w:t>
      </w:r>
    </w:p>
    <w:p>
      <w:pPr>
        <w:spacing w:line="560" w:lineRule="exact"/>
        <w:ind w:firstLine="640"/>
      </w:pPr>
      <w:r>
        <w:rPr>
          <w:rFonts w:ascii="黑体" w:hAnsi="黑体" w:eastAsia="黑体"/>
          <w:b/>
          <w:sz w:val="32"/>
        </w:rPr>
        <w:t>三、关键舆论风险点</w:t>
      </w:r>
    </w:p>
    <w:p>
      <w:pPr>
        <w:spacing w:line="560" w:lineRule="exact"/>
        <w:ind w:firstLine="640"/>
        <w:jc w:val="both"/>
      </w:pPr>
      <w:r>
        <w:rPr>
          <w:rFonts w:ascii="仿宋_GB2312" w:hAnsi="仿宋_GB2312" w:eastAsia="仿宋_GB2312"/>
          <w:b w:val="0"/>
          <w:sz w:val="32"/>
        </w:rPr>
        <w:t>1. 独立委员会7月17日总结指"承办商欺骗得逞因政府提供可乘之机"，实际上否定了政府"被骗"的甩责逻辑，可能成为舆论转折点</w:t>
      </w:r>
    </w:p>
    <w:p>
      <w:pPr>
        <w:spacing w:line="560" w:lineRule="exact"/>
        <w:ind w:firstLine="640"/>
        <w:jc w:val="both"/>
      </w:pPr>
      <w:r>
        <w:rPr>
          <w:rFonts w:ascii="仿宋_GB2312" w:hAnsi="仿宋_GB2312" w:eastAsia="仿宋_GB2312"/>
          <w:b w:val="0"/>
          <w:sz w:val="32"/>
        </w:rPr>
        <w:t>2. 居民"一句对不起非奢侈"的表述具有极强传播力和情感冲击力，已成为事件的标志性话语</w:t>
      </w:r>
    </w:p>
    <w:p>
      <w:pPr>
        <w:spacing w:line="560" w:lineRule="exact"/>
        <w:ind w:firstLine="640"/>
        <w:jc w:val="both"/>
      </w:pPr>
      <w:r>
        <w:rPr>
          <w:rFonts w:ascii="仿宋_GB2312" w:hAnsi="仿宋_GB2312" w:eastAsia="仿宋_GB2312"/>
          <w:b w:val="0"/>
          <w:sz w:val="32"/>
        </w:rPr>
        <w:t>3. 围标涉三合會的披露可能引发对香港有组织犯罪渗透建筑工程领域的关注</w:t>
      </w:r>
    </w:p>
    <w:p>
      <w:pPr>
        <w:spacing w:line="560" w:lineRule="exact"/>
        <w:ind w:firstLine="640"/>
        <w:jc w:val="both"/>
      </w:pPr>
      <w:r>
        <w:rPr>
          <w:rFonts w:ascii="仿宋_GB2312" w:hAnsi="仿宋_GB2312" w:eastAsia="仿宋_GB2312"/>
          <w:b w:val="0"/>
          <w:sz w:val="32"/>
        </w:rPr>
        <w:t>4. 災民"拎緊咁多人工你咁樣同我講"的真实反应，体现了基层对政府官僚态度的深层不满</w:t>
      </w:r>
    </w:p>
    <w:p>
      <w:pPr>
        <w:spacing w:line="560" w:lineRule="exact"/>
        <w:ind w:firstLine="640"/>
        <w:jc w:val="both"/>
      </w:pPr>
      <w:r>
        <w:rPr>
          <w:rFonts w:ascii="仿宋_GB2312" w:hAnsi="仿宋_GB2312" w:eastAsia="仿宋_GB2312"/>
          <w:b w:val="0"/>
          <w:sz w:val="32"/>
        </w:rPr>
        <w:t>5. "合乎程序的荒谬"定调可能成为国际社会评价香港治理能力的标签</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1. 最後一輪宏福苑聽證會今舉行（来源：881903.com，2026年07月15日）</w:t>
      </w:r>
    </w:p>
    <w:p>
      <w:pPr>
        <w:spacing w:line="560" w:lineRule="exact"/>
        <w:ind w:firstLine="640"/>
        <w:jc w:val="both"/>
      </w:pPr>
      <w:r>
        <w:rPr>
          <w:rFonts w:ascii="仿宋_GB2312" w:hAnsi="仿宋_GB2312" w:eastAsia="仿宋_GB2312"/>
          <w:b w:val="0"/>
          <w:sz w:val="32"/>
        </w:rPr>
        <w:t>https://news.google.com/rss/articles/CBMiU0FVX3lxTFBNZnFCSzBiNjBkbFF5bUFleVFGcE5FVWwyQ3lRZmpjRWdOLXJhTFY1RHByWXZEdi1xZUg0S2tnWEJIX2o4b0xjVjVnTjcyLTJoVk9B0gFYQVVfeXFMTzdYNkg3WUhSaHRYQW9TS09EZ01QcFVjUlR3U3AyNGIwSm5JVkItTzJvaEpRY1c2dlBsNEpDb1BXdWpZam9NbXlnWWNRMzlZRVhaZjFRT0FBRw?oc=5</w:t>
      </w:r>
    </w:p>
    <w:p>
      <w:pPr>
        <w:spacing w:line="560" w:lineRule="exact"/>
        <w:ind w:firstLine="640"/>
        <w:jc w:val="both"/>
      </w:pPr>
      <w:r>
        <w:rPr>
          <w:rFonts w:ascii="仿宋_GB2312" w:hAnsi="仿宋_GB2312" w:eastAsia="仿宋_GB2312"/>
          <w:b w:val="0"/>
          <w:sz w:val="32"/>
        </w:rPr>
        <w:t>2. 宏福苑聽證會揭各部門災前收大量投訴 你推我讓終釀大禍（来源：Now 新聞，2026年07月13日）</w:t>
      </w:r>
    </w:p>
    <w:p>
      <w:pPr>
        <w:spacing w:line="560" w:lineRule="exact"/>
        <w:ind w:firstLine="640"/>
        <w:jc w:val="both"/>
      </w:pPr>
      <w:r>
        <w:rPr>
          <w:rFonts w:ascii="仿宋_GB2312" w:hAnsi="仿宋_GB2312" w:eastAsia="仿宋_GB2312"/>
          <w:b w:val="0"/>
          <w:sz w:val="32"/>
        </w:rPr>
        <w:t>https://news.google.com/rss/articles/CBMiYkFVX3lxTFBUV19wVGpsZjVpQmE5LVB4ZUN2YXdvYWlubVB6UWhUd043a0xrRi1kNmlNYmJXYVZpS3FiMFdhZXoyQmJEM20zZTRoRVhVbTFhNkNLQXkyeGFmMVo2dDJtVUhR?oc=5</w:t>
      </w:r>
    </w:p>
    <w:p>
      <w:pPr>
        <w:spacing w:line="560" w:lineRule="exact"/>
        <w:ind w:firstLine="640"/>
        <w:jc w:val="both"/>
      </w:pPr>
      <w:r>
        <w:rPr>
          <w:rFonts w:ascii="仿宋_GB2312" w:hAnsi="仿宋_GB2312" w:eastAsia="仿宋_GB2312"/>
          <w:b w:val="0"/>
          <w:sz w:val="32"/>
        </w:rPr>
        <w:t>3. 宏福苑聽證會｜中華發展︰有火警鐘亦難逃生 陸啟康︰難以接受（来源：Now 新聞，2026年07月15日）</w:t>
      </w:r>
    </w:p>
    <w:p>
      <w:pPr>
        <w:spacing w:line="560" w:lineRule="exact"/>
        <w:ind w:firstLine="640"/>
        <w:jc w:val="both"/>
      </w:pPr>
      <w:r>
        <w:rPr>
          <w:rFonts w:ascii="仿宋_GB2312" w:hAnsi="仿宋_GB2312" w:eastAsia="仿宋_GB2312"/>
          <w:b w:val="0"/>
          <w:sz w:val="32"/>
        </w:rPr>
        <w:t>https://news.google.com/rss/articles/CBMiYkFVX3lxTE9idDlaeE1LSlhJWTMxMThpRTJ2NldsUXI5ZWpLcW1MWHItS1hGMFVweEhQUkxhN2JCenN2Q1hYeV9UQTZjbjdJRUlPb2N1aFYyb3RMZmZaLTk2bXBuSTNsaGpR?oc=5</w:t>
      </w:r>
    </w:p>
    <w:p>
      <w:pPr>
        <w:spacing w:line="560" w:lineRule="exact"/>
        <w:ind w:firstLine="640"/>
        <w:jc w:val="both"/>
      </w:pPr>
      <w:r>
        <w:rPr>
          <w:rFonts w:ascii="仿宋_GB2312" w:hAnsi="仿宋_GB2312" w:eastAsia="仿宋_GB2312"/>
          <w:b w:val="0"/>
          <w:sz w:val="32"/>
        </w:rPr>
        <w:t>4. 採訪日誌｜地盤禁煙今日起實施／宏福苑最後一輪聽證會（来源：Now 新聞，2026年07月16日）</w:t>
      </w:r>
    </w:p>
    <w:p>
      <w:pPr>
        <w:spacing w:line="560" w:lineRule="exact"/>
        <w:ind w:firstLine="640"/>
        <w:jc w:val="both"/>
      </w:pPr>
      <w:r>
        <w:rPr>
          <w:rFonts w:ascii="仿宋_GB2312" w:hAnsi="仿宋_GB2312" w:eastAsia="仿宋_GB2312"/>
          <w:b w:val="0"/>
          <w:sz w:val="32"/>
        </w:rPr>
        <w:t>https://news.google.com/rss/articles/CBMiYkFVX3lxTE1yNkt5WWlyMktvNDRxdXI5N1JPUkdKdUZ0d3dzc1FiLUNGYlZqUFowcVVDVEVQMnVWOHBCSVk2M0VJVk5TUkxsckpOUTRXUU9XYWNRY1JkekN6eU5iRTFmZll3?oc=5</w:t>
      </w:r>
    </w:p>
    <w:p>
      <w:pPr>
        <w:spacing w:line="560" w:lineRule="exact"/>
        <w:ind w:firstLine="640"/>
        <w:jc w:val="both"/>
      </w:pPr>
      <w:r>
        <w:rPr>
          <w:rFonts w:ascii="仿宋_GB2312" w:hAnsi="仿宋_GB2312" w:eastAsia="仿宋_GB2312"/>
          <w:b w:val="0"/>
          <w:sz w:val="32"/>
        </w:rPr>
        <w:t>5. 宏福苑聽證會｜居民方總結陳詞批有人卸責 政府方批有傳媒歸咎大火責任於政府屬不公（来源：Now 新聞，2026年07月16日）</w:t>
      </w:r>
    </w:p>
    <w:p>
      <w:pPr>
        <w:spacing w:line="560" w:lineRule="exact"/>
        <w:ind w:firstLine="640"/>
        <w:jc w:val="both"/>
      </w:pPr>
      <w:r>
        <w:rPr>
          <w:rFonts w:ascii="仿宋_GB2312" w:hAnsi="仿宋_GB2312" w:eastAsia="仿宋_GB2312"/>
          <w:b w:val="0"/>
          <w:sz w:val="32"/>
        </w:rPr>
        <w:t>https://news.google.com/rss/articles/CBMiYkFVX3lxTFBvS1pOSldYS01EZGhhbUJtaDZuN2d3YzRDU3VXTHpuLVdGLWlPNWVaV1VkN2ZVUHg0cVpNWTlVUDBIdlN0d2FvQk8zRElCTnhZZ09ESGZiVEhjTFN0YkFFRHZ3?oc=5</w:t>
      </w:r>
    </w:p>
    <w:p>
      <w:pPr>
        <w:spacing w:line="560" w:lineRule="exact"/>
        <w:ind w:firstLine="640"/>
        <w:jc w:val="both"/>
      </w:pPr>
      <w:r>
        <w:rPr>
          <w:rFonts w:ascii="仿宋_GB2312" w:hAnsi="仿宋_GB2312" w:eastAsia="仿宋_GB2312"/>
          <w:b w:val="0"/>
          <w:sz w:val="32"/>
        </w:rPr>
        <w:t>6. 宏福苑聽證會｜居民方總結陳詞批有人卸責 冀深刻反省承擔責任（来源：Now 新聞，2026年07月16日）</w:t>
      </w:r>
    </w:p>
    <w:p>
      <w:pPr>
        <w:spacing w:line="560" w:lineRule="exact"/>
        <w:ind w:firstLine="640"/>
        <w:jc w:val="both"/>
      </w:pPr>
      <w:r>
        <w:rPr>
          <w:rFonts w:ascii="仿宋_GB2312" w:hAnsi="仿宋_GB2312" w:eastAsia="仿宋_GB2312"/>
          <w:b w:val="0"/>
          <w:sz w:val="32"/>
        </w:rPr>
        <w:t>https://news.google.com/rss/articles/CBMiYkFVX3lxTFA2SjhCdlFOTHVWclF3Zml1QTNDbXNkYXhKRHR4M2pEZF9yb2pqdnJ4d1ZPc0gyRU9COUdzNlR3MXQ1dGxNZVlvQnJyMGptbGh4ZjBxbFNQa2I0QmhQa2VhVWdR?oc=5</w:t>
      </w:r>
    </w:p>
    <w:p>
      <w:pPr>
        <w:spacing w:line="560" w:lineRule="exact"/>
        <w:ind w:firstLine="640"/>
        <w:jc w:val="both"/>
      </w:pPr>
      <w:r>
        <w:rPr>
          <w:rFonts w:ascii="仿宋_GB2312" w:hAnsi="仿宋_GB2312" w:eastAsia="仿宋_GB2312"/>
          <w:b w:val="0"/>
          <w:sz w:val="32"/>
        </w:rPr>
        <w:t>7. 宏福苑聽證會｜孫靖乾︰宏業、鴻毅辜負政府信任 傳媒歸咎部門欠公允（来源：Now 新聞，2026年07月16日）</w:t>
      </w:r>
    </w:p>
    <w:p>
      <w:pPr>
        <w:spacing w:line="560" w:lineRule="exact"/>
        <w:ind w:firstLine="640"/>
        <w:jc w:val="both"/>
      </w:pPr>
      <w:r>
        <w:rPr>
          <w:rFonts w:ascii="仿宋_GB2312" w:hAnsi="仿宋_GB2312" w:eastAsia="仿宋_GB2312"/>
          <w:b w:val="0"/>
          <w:sz w:val="32"/>
        </w:rPr>
        <w:t>https://news.google.com/rss/articles/CBMiYkFVX3lxTE8zSDYtQ1BPVUYyS25KSUpSYVdtYm9jRkh2RXhHaVNYT08xRnlZNkMyY09TZGFmOWVVaGtlN0VjbXFSYW5JMm13dDlTcGk5OTdYaFJxOXhwaXNGYTNqeHV2T3RB?oc=5</w:t>
      </w:r>
    </w:p>
    <w:p>
      <w:pPr>
        <w:spacing w:line="560" w:lineRule="exact"/>
        <w:ind w:firstLine="640"/>
        <w:jc w:val="both"/>
      </w:pPr>
      <w:r>
        <w:rPr>
          <w:rFonts w:ascii="仿宋_GB2312" w:hAnsi="仿宋_GB2312" w:eastAsia="仿宋_GB2312"/>
          <w:b w:val="0"/>
          <w:sz w:val="32"/>
        </w:rPr>
        <w:t>8. 宏福苑聽證會各方總結 物管公司稱無委任顧問或監督無收額外費用（来源：RTHK News，2026年07月15日）</w:t>
      </w:r>
    </w:p>
    <w:p>
      <w:pPr>
        <w:spacing w:line="560" w:lineRule="exact"/>
        <w:ind w:firstLine="640"/>
        <w:jc w:val="both"/>
      </w:pPr>
      <w:r>
        <w:rPr>
          <w:rFonts w:ascii="仿宋_GB2312" w:hAnsi="仿宋_GB2312" w:eastAsia="仿宋_GB2312"/>
          <w:b w:val="0"/>
          <w:sz w:val="32"/>
        </w:rPr>
        <w:t>https://news.google.com/rss/articles/CBMib0FVX3lxTE9SVG5kT0tjSWtGcC11NlBCUm5ZM3VOdTVQeDAzZ1R6aG1BTTU2VlVxWThMOU1HU1lGS2VfWm05NTk1bkdmTmJ5X3V6MlhVZ2owWEN3YkFPc2hnV2lyY2JoN3BHemVuUGRjbm1zdl95MA?oc=5</w:t>
      </w:r>
    </w:p>
    <w:p>
      <w:pPr>
        <w:spacing w:line="560" w:lineRule="exact"/>
        <w:ind w:firstLine="640"/>
        <w:jc w:val="both"/>
      </w:pPr>
      <w:r>
        <w:rPr>
          <w:rFonts w:ascii="仿宋_GB2312" w:hAnsi="仿宋_GB2312" w:eastAsia="仿宋_GB2312"/>
          <w:b w:val="0"/>
          <w:sz w:val="32"/>
        </w:rPr>
        <w:t>9. 宏福苑聽證會繼續總結陳詞 政府律師稱責任全歸咎政府是不符事實（来源：RTHK News，2026年07月16日）</w:t>
      </w:r>
    </w:p>
    <w:p>
      <w:pPr>
        <w:spacing w:line="560" w:lineRule="exact"/>
        <w:ind w:firstLine="640"/>
        <w:jc w:val="both"/>
      </w:pPr>
      <w:r>
        <w:rPr>
          <w:rFonts w:ascii="仿宋_GB2312" w:hAnsi="仿宋_GB2312" w:eastAsia="仿宋_GB2312"/>
          <w:b w:val="0"/>
          <w:sz w:val="32"/>
        </w:rPr>
        <w:t>https://news.google.com/rss/articles/CBMib0FVX3lxTE94WjRoRm4zbzJIMmF5ZnltMHliT1o0UjM1ZFkxbVB4LUx0d05vby1xUE5SRDEzLWExd1JPQ09xWm5ZN3ljS21leGVlUU9JT0ZFMVB2UEotbjRCRUsyalg1UjhpLVB5NFh1b1Bjai1CRQ?oc=5</w:t>
      </w:r>
    </w:p>
    <w:p>
      <w:pPr>
        <w:spacing w:line="560" w:lineRule="exact"/>
        <w:ind w:firstLine="640"/>
        <w:jc w:val="both"/>
      </w:pPr>
      <w:r>
        <w:rPr>
          <w:rFonts w:ascii="仿宋_GB2312" w:hAnsi="仿宋_GB2312" w:eastAsia="仿宋_GB2312"/>
          <w:b w:val="0"/>
          <w:sz w:val="32"/>
        </w:rPr>
        <w:t>10. 宏福苑聽證會揭示圍標問題 競委會指部分個案涉三合會及行賄（来源：Singtaousa，2026年07月15日）</w:t>
      </w:r>
    </w:p>
    <w:p>
      <w:pPr>
        <w:spacing w:line="560" w:lineRule="exact"/>
        <w:ind w:firstLine="640"/>
        <w:jc w:val="both"/>
      </w:pPr>
      <w:r>
        <w:rPr>
          <w:rFonts w:ascii="仿宋_GB2312" w:hAnsi="仿宋_GB2312" w:eastAsia="仿宋_GB2312"/>
          <w:b w:val="0"/>
          <w:sz w:val="32"/>
        </w:rPr>
        <w:t>https://news.google.com/rss/articles/CBMijgFBVV95cUxPNXpHbWVEN0YxUVdoSG52RUN3emotRnluTlZ2QTkzWEpaa3ZReHBxVjFfMlNFaUNONkJPMl9BSXhxRkJtY2FqalFGWkRYLWg2N3FuQUw4d0pxSUxWSlJnYkUyc2pMUHZqcTVRV3pGYkNvX1g0Ym9mRVBvaXM1TDhsZE1JUndpcVhGRkJiWjhB?oc=5</w:t>
      </w:r>
    </w:p>
    <w:p>
      <w:pPr>
        <w:spacing w:line="560" w:lineRule="exact"/>
        <w:ind w:firstLine="640"/>
        <w:jc w:val="both"/>
      </w:pPr>
      <w:r>
        <w:rPr>
          <w:rFonts w:ascii="仿宋_GB2312" w:hAnsi="仿宋_GB2312" w:eastAsia="仿宋_GB2312"/>
          <w:b w:val="0"/>
          <w:sz w:val="32"/>
        </w:rPr>
        <w:t>11. 宏福苑大火聽證會政府總結陳詞 指責任歸屬需釐清 列舉五大傷亡關鍵因素（来源：Singtaousa，2026年07月16日）</w:t>
      </w:r>
    </w:p>
    <w:p>
      <w:pPr>
        <w:spacing w:line="560" w:lineRule="exact"/>
        <w:ind w:firstLine="640"/>
        <w:jc w:val="both"/>
      </w:pPr>
      <w:r>
        <w:rPr>
          <w:rFonts w:ascii="仿宋_GB2312" w:hAnsi="仿宋_GB2312" w:eastAsia="仿宋_GB2312"/>
          <w:b w:val="0"/>
          <w:sz w:val="32"/>
        </w:rPr>
        <w:t>https://news.google.com/rss/articles/CBMiogFBVV95cUxPdEM2VXJycmc2MHBVMnBLZDFmYzNtQTNDUlo0SWU1dlZtRkYxU1JneS1wTERpZElIY1ZxVkFzYWZFcFZLczRpZGxZclhzQmc5ZGxCc2xzREZ5XzNqZjFvNDlfenlrM21ReEJkRnV3cWRSMWtpVGZPaGZfR3VtS2FDWlJhdWVlWk5YM2czYWZIRVNqZ3RXdVZsS09ONHY4Z19wUEE?oc=5</w:t>
      </w:r>
    </w:p>
    <w:p>
      <w:pPr>
        <w:spacing w:line="560" w:lineRule="exact"/>
        <w:ind w:firstLine="640"/>
        <w:jc w:val="both"/>
      </w:pPr>
      <w:r>
        <w:rPr>
          <w:rFonts w:ascii="仿宋_GB2312" w:hAnsi="仿宋_GB2312" w:eastAsia="仿宋_GB2312"/>
          <w:b w:val="0"/>
          <w:sz w:val="32"/>
        </w:rPr>
        <w:t>12. 宏福苑聽證會政府總結陳詞 指專業人士及承建商蓄意違法肇禍（来源：Singtaousa，2026年07月16日）</w:t>
      </w:r>
    </w:p>
    <w:p>
      <w:pPr>
        <w:spacing w:line="560" w:lineRule="exact"/>
        <w:ind w:firstLine="640"/>
        <w:jc w:val="both"/>
      </w:pPr>
      <w:r>
        <w:rPr>
          <w:rFonts w:ascii="仿宋_GB2312" w:hAnsi="仿宋_GB2312" w:eastAsia="仿宋_GB2312"/>
          <w:b w:val="0"/>
          <w:sz w:val="32"/>
        </w:rPr>
        <w:t>https://news.google.com/rss/articles/CBMipAFBVV95cUxOSllVS2hFOF9LY1BwR2piM2hySUJBMVdaWGVkMjdpLXNHSlRWV3Q4bDNmZjQtbFhWRjBaLTIzaXJiLVlkNW5iWllva2gycy0zNUVtUHprMFpBXzcxbXVwWFVXdVQ1OEhYNVNtQ2diVkYwVTJuUmlDVDdzU3l3WmlnWXlVNnZyTkEzSERlN1BMNnRxRVpaaHNaSDZLdnFqeGhydVI1Nw?oc=5</w:t>
      </w:r>
    </w:p>
    <w:p>
      <w:pPr>
        <w:spacing w:line="560" w:lineRule="exact"/>
        <w:ind w:firstLine="640"/>
        <w:jc w:val="both"/>
      </w:pPr>
      <w:r>
        <w:rPr>
          <w:rFonts w:ascii="仿宋_GB2312" w:hAnsi="仿宋_GB2312" w:eastAsia="仿宋_GB2312"/>
          <w:b w:val="0"/>
          <w:sz w:val="32"/>
        </w:rPr>
        <w:t>13. 宏福苑第六輪聽證會月中舉行 獨立委員會聽取總結陳詞（来源：Yahoo，2026年07月02日）</w:t>
      </w:r>
    </w:p>
    <w:p>
      <w:pPr>
        <w:spacing w:line="560" w:lineRule="exact"/>
        <w:ind w:firstLine="640"/>
        <w:jc w:val="both"/>
      </w:pPr>
      <w:r>
        <w:rPr>
          <w:rFonts w:ascii="仿宋_GB2312" w:hAnsi="仿宋_GB2312" w:eastAsia="仿宋_GB2312"/>
          <w:b w:val="0"/>
          <w:sz w:val="32"/>
        </w:rPr>
        <w:t>https://news.google.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?oc=5</w:t>
      </w:r>
    </w:p>
    <w:p>
      <w:pPr>
        <w:spacing w:line="560" w:lineRule="exact"/>
        <w:ind w:firstLine="640"/>
        <w:jc w:val="both"/>
      </w:pPr>
      <w:r>
        <w:rPr>
          <w:rFonts w:ascii="仿宋_GB2312" w:hAnsi="仿宋_GB2312" w:eastAsia="仿宋_GB2312"/>
          <w:b w:val="0"/>
          <w:sz w:val="32"/>
        </w:rPr>
        <w:t>14. 宏福苑聽證會揭各部門災前收大量投訴 你推我讓終釀大禍(湯偉圓報道)（来源：Yahoo，2026年07月13日）</w:t>
      </w:r>
    </w:p>
    <w:p>
      <w:pPr>
        <w:spacing w:line="560" w:lineRule="exact"/>
        <w:ind w:firstLine="640"/>
        <w:jc w:val="both"/>
      </w:pPr>
      <w:r>
        <w:rPr>
          <w:rFonts w:ascii="仿宋_GB2312" w:hAnsi="仿宋_GB2312" w:eastAsia="仿宋_GB2312"/>
          <w:b w:val="0"/>
          <w:sz w:val="32"/>
        </w:rPr>
        <w:t>https://news.google.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?oc=5</w:t>
      </w:r>
    </w:p>
    <w:p>
      <w:pPr>
        <w:spacing w:line="560" w:lineRule="exact"/>
        <w:ind w:firstLine="640"/>
        <w:jc w:val="both"/>
      </w:pPr>
      <w:r>
        <w:rPr>
          <w:rFonts w:ascii="仿宋_GB2312" w:hAnsi="仿宋_GB2312" w:eastAsia="仿宋_GB2312"/>
          <w:b w:val="0"/>
          <w:sz w:val="32"/>
        </w:rPr>
        <w:t>15. 宏福苑聽證會｜競委會：有圍標由三合會領導 有時涉及行賄及暴力（持續更新）（来源：Yahoo，2026年07月15日）</w:t>
      </w:r>
    </w:p>
    <w:p>
      <w:pPr>
        <w:spacing w:line="560" w:lineRule="exact"/>
        <w:ind w:firstLine="640"/>
        <w:jc w:val="both"/>
      </w:pPr>
      <w:r>
        <w:rPr>
          <w:rFonts w:ascii="仿宋_GB2312" w:hAnsi="仿宋_GB2312" w:eastAsia="仿宋_GB2312"/>
          <w:b w:val="0"/>
          <w:sz w:val="32"/>
        </w:rPr>
        <w:t>https://news.google.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?oc=5</w:t>
      </w:r>
    </w:p>
    <w:p>
      <w:pPr>
        <w:spacing w:line="560" w:lineRule="exact"/>
        <w:ind w:firstLine="640"/>
        <w:jc w:val="both"/>
      </w:pPr>
      <w:r>
        <w:rPr>
          <w:rFonts w:ascii="仿宋_GB2312" w:hAnsi="仿宋_GB2312" w:eastAsia="仿宋_GB2312"/>
          <w:b w:val="0"/>
          <w:sz w:val="32"/>
        </w:rPr>
        <w:t>16. 宏福苑聽證會｜置邦︰大維修期間沒任何監督角色 市建局︰招標妥非靈丹妙藥（来源：Yahoo，2026年07月15日）</w:t>
      </w:r>
    </w:p>
    <w:p>
      <w:pPr>
        <w:spacing w:line="560" w:lineRule="exact"/>
        <w:ind w:firstLine="640"/>
        <w:jc w:val="both"/>
      </w:pPr>
      <w:r>
        <w:rPr>
          <w:rFonts w:ascii="仿宋_GB2312" w:hAnsi="仿宋_GB2312" w:eastAsia="仿宋_GB2312"/>
          <w:b w:val="0"/>
          <w:sz w:val="32"/>
        </w:rPr>
        <w:t>https://news.google.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?oc=5</w:t>
      </w:r>
    </w:p>
    <w:p>
      <w:pPr>
        <w:spacing w:line="560" w:lineRule="exact"/>
        <w:ind w:firstLine="640"/>
        <w:jc w:val="both"/>
      </w:pPr>
      <w:r>
        <w:rPr>
          <w:rFonts w:ascii="仿宋_GB2312" w:hAnsi="仿宋_GB2312" w:eastAsia="仿宋_GB2312"/>
          <w:b w:val="0"/>
          <w:sz w:val="32"/>
        </w:rPr>
        <w:t>17. 晨早新聞重點｜美股下跌／宏福苑聽證會政府代表稱大火責任在於承建商辜負政府信任傳媒稱當局有失公允（来源：Yahoo，2026年07月16日）</w:t>
      </w:r>
    </w:p>
    <w:p>
      <w:pPr>
        <w:spacing w:line="560" w:lineRule="exact"/>
        <w:ind w:firstLine="640"/>
        <w:jc w:val="both"/>
      </w:pPr>
      <w:r>
        <w:rPr>
          <w:rFonts w:ascii="仿宋_GB2312" w:hAnsi="仿宋_GB2312" w:eastAsia="仿宋_GB2312"/>
          <w:b w:val="0"/>
          <w:sz w:val="32"/>
        </w:rPr>
        <w:t>https://news.google.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?oc=5</w:t>
      </w:r>
    </w:p>
    <w:p>
      <w:pPr>
        <w:spacing w:line="560" w:lineRule="exact"/>
        <w:ind w:firstLine="640"/>
        <w:jc w:val="both"/>
      </w:pPr>
      <w:r>
        <w:rPr>
          <w:rFonts w:ascii="仿宋_GB2312" w:hAnsi="仿宋_GB2312" w:eastAsia="仿宋_GB2312"/>
          <w:b w:val="0"/>
          <w:sz w:val="32"/>
        </w:rPr>
        <w:t>18. 宏福苑聽證會｜居民方總結陳詞批有人卸責 冀深刻反省承擔責任(梁柏晞報道)（来源：Yahoo，2026年07月16日）</w:t>
      </w:r>
    </w:p>
    <w:p>
      <w:pPr>
        <w:spacing w:line="560" w:lineRule="exact"/>
        <w:ind w:firstLine="640"/>
        <w:jc w:val="both"/>
      </w:pPr>
      <w:r>
        <w:rPr>
          <w:rFonts w:ascii="仿宋_GB2312" w:hAnsi="仿宋_GB2312" w:eastAsia="仿宋_GB2312"/>
          <w:b w:val="0"/>
          <w:sz w:val="32"/>
        </w:rPr>
        <w:t>https://news.google.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?oc=5</w:t>
      </w:r>
    </w:p>
    <w:p>
      <w:pPr>
        <w:spacing w:line="560" w:lineRule="exact"/>
        <w:ind w:firstLine="640"/>
        <w:jc w:val="both"/>
      </w:pPr>
      <w:r>
        <w:rPr>
          <w:rFonts w:ascii="仿宋_GB2312" w:hAnsi="仿宋_GB2312" w:eastAsia="仿宋_GB2312"/>
          <w:b w:val="0"/>
          <w:sz w:val="32"/>
        </w:rPr>
        <w:t>19. 宏福苑聽證會｜政府指承建商須負首要責任 批評有傳媒歸咎政府屬不公（来源：Yahoo，2026年07月16日）</w:t>
      </w:r>
    </w:p>
    <w:p>
      <w:pPr>
        <w:spacing w:line="560" w:lineRule="exact"/>
        <w:ind w:firstLine="640"/>
        <w:jc w:val="both"/>
      </w:pPr>
      <w:r>
        <w:rPr>
          <w:rFonts w:ascii="仿宋_GB2312" w:hAnsi="仿宋_GB2312" w:eastAsia="仿宋_GB2312"/>
          <w:b w:val="0"/>
          <w:sz w:val="32"/>
        </w:rPr>
        <w:t>https://news.google.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?oc=5</w:t>
      </w:r>
    </w:p>
    <w:p>
      <w:pPr>
        <w:spacing w:line="560" w:lineRule="exact"/>
        <w:ind w:firstLine="640"/>
        <w:jc w:val="both"/>
      </w:pPr>
      <w:r>
        <w:rPr>
          <w:rFonts w:ascii="仿宋_GB2312" w:hAnsi="仿宋_GB2312" w:eastAsia="仿宋_GB2312"/>
          <w:b w:val="0"/>
          <w:sz w:val="32"/>
        </w:rPr>
        <w:t>20. 即日焦點｜宏福苑聽證會總結陳詞政府指承建商辜負政府信任／立法會完成審議網約車合法化細節（来源：Yahoo，2026年07月16日）</w:t>
      </w:r>
    </w:p>
    <w:p>
      <w:pPr>
        <w:spacing w:line="560" w:lineRule="exact"/>
        <w:ind w:firstLine="640"/>
        <w:jc w:val="both"/>
      </w:pPr>
      <w:r>
        <w:rPr>
          <w:rFonts w:ascii="仿宋_GB2312" w:hAnsi="仿宋_GB2312" w:eastAsia="仿宋_GB2312"/>
          <w:b w:val="0"/>
          <w:sz w:val="32"/>
        </w:rPr>
        <w:t>https://news.google.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?oc=5</w:t>
      </w:r>
    </w:p>
    <w:p>
      <w:pPr>
        <w:spacing w:line="560" w:lineRule="exact"/>
        <w:ind w:firstLine="640"/>
        <w:jc w:val="both"/>
      </w:pPr>
      <w:r>
        <w:rPr>
          <w:rFonts w:ascii="仿宋_GB2312" w:hAnsi="仿宋_GB2312" w:eastAsia="仿宋_GB2312"/>
          <w:b w:val="0"/>
          <w:sz w:val="32"/>
        </w:rPr>
        <w:t>21. 聽證會｜宏福苑居民指政府有不可推卸責任 政府代表：指當局是始作俑者欠公允（来源：am730，2026年07月16日）</w:t>
      </w:r>
    </w:p>
    <w:p>
      <w:pPr>
        <w:spacing w:line="560" w:lineRule="exact"/>
        <w:ind w:firstLine="640"/>
        <w:jc w:val="both"/>
      </w:pPr>
      <w:r>
        <w:rPr>
          <w:rFonts w:ascii="仿宋_GB2312" w:hAnsi="仿宋_GB2312" w:eastAsia="仿宋_GB2312"/>
          <w:b w:val="0"/>
          <w:sz w:val="32"/>
        </w:rPr>
        <w:t>https://news.google.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?oc=5</w:t>
      </w:r>
    </w:p>
    <w:p>
      <w:pPr>
        <w:spacing w:line="560" w:lineRule="exact"/>
        <w:ind w:firstLine="640"/>
        <w:jc w:val="both"/>
      </w:pPr>
      <w:r>
        <w:rPr>
          <w:rFonts w:ascii="仿宋_GB2312" w:hAnsi="仿宋_GB2312" w:eastAsia="仿宋_GB2312"/>
          <w:b w:val="0"/>
          <w:sz w:val="32"/>
        </w:rPr>
        <w:t>22. 香港宏福苑聽證會政府總結陳詞：承建商蓄意違法造成大火（来源：hkcna.hk，2026年07月16日）</w:t>
      </w:r>
    </w:p>
    <w:p>
      <w:pPr>
        <w:spacing w:line="560" w:lineRule="exact"/>
        <w:ind w:firstLine="640"/>
        <w:jc w:val="both"/>
      </w:pPr>
      <w:r>
        <w:rPr>
          <w:rFonts w:ascii="仿宋_GB2312" w:hAnsi="仿宋_GB2312" w:eastAsia="仿宋_GB2312"/>
          <w:b w:val="0"/>
          <w:sz w:val="32"/>
        </w:rPr>
        <w:t>https://news.google.com/rss/articles/CBMiZkFVX3lxTE5lRldKS0Z4U29MQzZzYnNlZ3R6d2FPTVU4TXFiT2ZqSEZqY3lmQnNzTnozRGhNZDExQkswRVNRUlRZXzlsdGJIYWRXRW5ScC1RTFEyenpRVE5ZWmU2Nm1KN2dDTzA3UQ?oc=5</w:t>
      </w:r>
    </w:p>
    <w:p>
      <w:pPr>
        <w:spacing w:line="560" w:lineRule="exact"/>
        <w:ind w:firstLine="640"/>
        <w:jc w:val="both"/>
      </w:pPr>
      <w:r>
        <w:rPr>
          <w:rFonts w:ascii="仿宋_GB2312" w:hAnsi="仿宋_GB2312" w:eastAsia="仿宋_GB2312"/>
          <w:b w:val="0"/>
          <w:sz w:val="32"/>
        </w:rPr>
        <w:t>23. 宏福苑大火獨委會總結陳詞 指小數人不願協助委員會 抗拒調查（来源：on.cc東網，2026年07月17日）</w:t>
      </w:r>
    </w:p>
    <w:p>
      <w:pPr>
        <w:spacing w:line="560" w:lineRule="exact"/>
        <w:ind w:firstLine="640"/>
        <w:jc w:val="both"/>
      </w:pPr>
      <w:r>
        <w:rPr>
          <w:rFonts w:ascii="仿宋_GB2312" w:hAnsi="仿宋_GB2312" w:eastAsia="仿宋_GB2312"/>
          <w:b w:val="0"/>
          <w:sz w:val="32"/>
        </w:rPr>
        <w:t>https://news.google.com/rss/articles/CBMiiwFBVV95cUxNcEE5VDRTcTRxbHkxR0RCQ093TFBRM1c0RjFWcEE4TlJ3cndLT3RmbjJVSXRmZEpDOG1qazFQaEtZT1hqTXhQUUFSdjJ5anFUSFctWlVfdHp1NHd1bGt3NzlKYnItUnRnQU9XQlp5MFZkclcxZFVUVFFDM2VaTzJ0RmMyQVZVWVkwWDRz?oc=5</w:t>
      </w:r>
    </w:p>
    <w:p>
      <w:pPr>
        <w:spacing w:line="560" w:lineRule="exact"/>
        <w:ind w:firstLine="640"/>
        <w:jc w:val="both"/>
      </w:pPr>
      <w:r>
        <w:rPr>
          <w:rFonts w:ascii="仿宋_GB2312" w:hAnsi="仿宋_GB2312" w:eastAsia="仿宋_GB2312"/>
          <w:b w:val="0"/>
          <w:sz w:val="32"/>
        </w:rPr>
        <w:t>24. 宏福苑聽證會｜最後一輪聽證會今舉行 結束後撰寫報告（来源：singtao.ca，2026年07月15日）</w:t>
      </w:r>
    </w:p>
    <w:p>
      <w:pPr>
        <w:spacing w:line="560" w:lineRule="exact"/>
        <w:ind w:firstLine="640"/>
        <w:jc w:val="both"/>
      </w:pPr>
      <w:r>
        <w:rPr>
          <w:rFonts w:ascii="仿宋_GB2312" w:hAnsi="仿宋_GB2312" w:eastAsia="仿宋_GB2312"/>
          <w:b w:val="0"/>
          <w:sz w:val="32"/>
        </w:rPr>
        <w:t>https://news.google.com/rss/articles/CBMijAFBVV95cUxPaTFVa1VtN2JaMGhZME1XdTRncmQ1MGZCLXVpWEI2RXhyNXRiNEcyMDFsZWlRQ1FmWVZ4RG13ZTUzZ0dDMzNLNWhiYWlMb3VrbnkyVWpQUFhqbWV1SnpwdFFZRU1MTERSQk10YkdMaDRGeExUY0Uxby1kSXlwTUQzT1NfRUNPdTBZc1ZlbNIBjAFBVV95cUxPaTFVa1VtN2JaMGhZME1XdTRncmQ1MGZCLXVpWEI2RXhyNXRiNEcyMDFsZWlRQ1FmWVZ4RG13ZTUzZ0dDMzNLNWhiYWlMb3VrbnkyVWpQUFhqbWV1SnpwdFFZRU1MTERSQk10YkdMaDRGeExUY0Uxby1kSXlwTUQzT1NfRUNPdTBZc1ZlbA?oc=5</w:t>
      </w:r>
    </w:p>
    <w:p>
      <w:pPr>
        <w:spacing w:line="560" w:lineRule="exact"/>
        <w:ind w:firstLine="640"/>
        <w:jc w:val="both"/>
      </w:pPr>
      <w:r>
        <w:rPr>
          <w:rFonts w:ascii="仿宋_GB2312" w:hAnsi="仿宋_GB2312" w:eastAsia="仿宋_GB2312"/>
          <w:b w:val="0"/>
          <w:sz w:val="32"/>
        </w:rPr>
        <w:t>25. 宏福苑聽證會︱政府代表總結陳詞：多方蓄意合謀違法 現有制度不足以揭示 暫未點名問責部門（来源：singtao.ca，2026年07月16日）</w:t>
      </w:r>
    </w:p>
    <w:p>
      <w:pPr>
        <w:spacing w:line="560" w:lineRule="exact"/>
        <w:ind w:firstLine="640"/>
        <w:jc w:val="both"/>
      </w:pPr>
      <w:r>
        <w:rPr>
          <w:rFonts w:ascii="仿宋_GB2312" w:hAnsi="仿宋_GB2312" w:eastAsia="仿宋_GB2312"/>
          <w:b w:val="0"/>
          <w:sz w:val="32"/>
        </w:rPr>
        <w:t>https://news.google.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?oc=5</w:t>
      </w:r>
    </w:p>
    <w:p>
      <w:pPr>
        <w:spacing w:line="560" w:lineRule="exact"/>
        <w:ind w:firstLine="640"/>
        <w:jc w:val="both"/>
      </w:pPr>
      <w:r>
        <w:rPr>
          <w:rFonts w:ascii="仿宋_GB2312" w:hAnsi="仿宋_GB2312" w:eastAsia="仿宋_GB2312"/>
          <w:b w:val="0"/>
          <w:sz w:val="32"/>
        </w:rPr>
        <w:t>26. 宏福苑聽證會︱黃碧嬌工程前期扮演一定角色、收集授權票 居民代表：做法值得商榷（来源：singtao.ca，2026年07月16日）</w:t>
      </w:r>
    </w:p>
    <w:p>
      <w:pPr>
        <w:spacing w:line="560" w:lineRule="exact"/>
        <w:ind w:firstLine="640"/>
        <w:jc w:val="both"/>
      </w:pPr>
      <w:r>
        <w:rPr>
          <w:rFonts w:ascii="仿宋_GB2312" w:hAnsi="仿宋_GB2312" w:eastAsia="仿宋_GB2312"/>
          <w:b w:val="0"/>
          <w:sz w:val="32"/>
        </w:rPr>
        <w:t>https://news.google.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?oc=5</w:t>
      </w:r>
    </w:p>
    <w:p>
      <w:pPr>
        <w:spacing w:line="560" w:lineRule="exact"/>
        <w:ind w:firstLine="640"/>
        <w:jc w:val="both"/>
      </w:pPr>
      <w:r>
        <w:rPr>
          <w:rFonts w:ascii="仿宋_GB2312" w:hAnsi="仿宋_GB2312" w:eastAsia="仿宋_GB2312"/>
          <w:b w:val="0"/>
          <w:sz w:val="32"/>
        </w:rPr>
        <w:t>27. 宏福苑聽證會丨物管置邦斥宏泰消防董事供詞信口雌黃（来源：信報網站，2026年07月15日）</w:t>
      </w:r>
    </w:p>
    <w:p>
      <w:pPr>
        <w:spacing w:line="560" w:lineRule="exact"/>
        <w:ind w:firstLine="640"/>
        <w:jc w:val="both"/>
      </w:pPr>
      <w:r>
        <w:rPr>
          <w:rFonts w:ascii="仿宋_GB2312" w:hAnsi="仿宋_GB2312" w:eastAsia="仿宋_GB2312"/>
          <w:b w:val="0"/>
          <w:sz w:val="32"/>
        </w:rPr>
        <w:t>https://news.google.com/rss/articles/CBMi_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?oc=5</w:t>
      </w:r>
    </w:p>
    <w:p>
      <w:pPr>
        <w:spacing w:line="560" w:lineRule="exact"/>
        <w:ind w:firstLine="640"/>
        <w:jc w:val="both"/>
      </w:pPr>
      <w:r>
        <w:rPr>
          <w:rFonts w:ascii="仿宋_GB2312" w:hAnsi="仿宋_GB2312" w:eastAsia="仿宋_GB2312"/>
          <w:b w:val="0"/>
          <w:sz w:val="32"/>
        </w:rPr>
        <w:t>28. 宏福苑聽證會丨政府代表:專業人士及承建商蓄意違法行為造成大火（来源：信報網站，2026年07月16日）</w:t>
      </w:r>
    </w:p>
    <w:p>
      <w:pPr>
        <w:spacing w:line="560" w:lineRule="exact"/>
        <w:ind w:firstLine="640"/>
        <w:jc w:val="both"/>
      </w:pPr>
      <w:r>
        <w:rPr>
          <w:rFonts w:ascii="仿宋_GB2312" w:hAnsi="仿宋_GB2312" w:eastAsia="仿宋_GB2312"/>
          <w:b w:val="0"/>
          <w:sz w:val="32"/>
        </w:rPr>
        <w:t>https://news.google.com/rss/articles/CBMiXkFVX3lxTE9QT0ROSUxvS2V6eHZwaFc4SEtmcFNRcDhIbzY3cEI0NVUwTU1wdzVVVGtKWDhXWTltOWxkcmozeGZIOHZLb3F3Q2FsVmhkLWxiVUhPSVRDbTlUVnFRcXc?oc=5</w:t>
      </w:r>
    </w:p>
    <w:p>
      <w:pPr>
        <w:spacing w:line="560" w:lineRule="exact"/>
        <w:ind w:firstLine="640"/>
        <w:jc w:val="both"/>
      </w:pPr>
      <w:r>
        <w:rPr>
          <w:rFonts w:ascii="仿宋_GB2312" w:hAnsi="仿宋_GB2312" w:eastAsia="仿宋_GB2312"/>
          <w:b w:val="0"/>
          <w:sz w:val="32"/>
        </w:rPr>
        <w:t>29. 宏福苑聽證會丨最後一輪最後一場 委員會今總結陳詞（来源：信報網站，2026年07月17日）</w:t>
      </w:r>
    </w:p>
    <w:p>
      <w:pPr>
        <w:spacing w:line="560" w:lineRule="exact"/>
        <w:ind w:firstLine="640"/>
        <w:jc w:val="both"/>
      </w:pPr>
      <w:r>
        <w:rPr>
          <w:rFonts w:ascii="仿宋_GB2312" w:hAnsi="仿宋_GB2312" w:eastAsia="仿宋_GB2312"/>
          <w:b w:val="0"/>
          <w:sz w:val="32"/>
        </w:rPr>
        <w:t>https://news.google.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?oc=5</w:t>
      </w:r>
    </w:p>
    <w:p>
      <w:pPr>
        <w:spacing w:line="560" w:lineRule="exact"/>
        <w:ind w:firstLine="640"/>
        <w:jc w:val="both"/>
      </w:pPr>
      <w:r>
        <w:rPr>
          <w:rFonts w:ascii="仿宋_GB2312" w:hAnsi="仿宋_GB2312" w:eastAsia="仿宋_GB2312"/>
          <w:b w:val="0"/>
          <w:sz w:val="32"/>
        </w:rPr>
        <w:t>30. 宏福苑火災聽證會/政府大律師：宏福苑工程承建商蓄意違法- 港聞（来源：大公文匯網，2026年07月16日）</w:t>
      </w:r>
    </w:p>
    <w:p>
      <w:pPr>
        <w:spacing w:line="560" w:lineRule="exact"/>
        <w:ind w:firstLine="640"/>
        <w:jc w:val="both"/>
      </w:pPr>
      <w:r>
        <w:rPr>
          <w:rFonts w:ascii="仿宋_GB2312" w:hAnsi="仿宋_GB2312" w:eastAsia="仿宋_GB2312"/>
          <w:b w:val="0"/>
          <w:sz w:val="32"/>
        </w:rPr>
        <w:t>https://news.google.com/rss/articles/CBMidEFVX3lxTE8yd0dYMmhGRWNHZHpYNVdHVTVIMDgxYjkxWTJaeUJaTy1rSlExTWZXdTJaVFNObk4xSmRjVllJV2RYMUdQZFc3RzhkVUxPZ3poNUZwS3g0TW9wWHJrX1NhVDJZTlNPYlhhZ1pOUW4xb2dwRWMx?oc=5</w:t>
      </w:r>
    </w:p>
    <w:p>
      <w:pPr>
        <w:spacing w:line="560" w:lineRule="exact"/>
        <w:ind w:firstLine="640"/>
        <w:jc w:val="both"/>
      </w:pPr>
      <w:r>
        <w:rPr>
          <w:rFonts w:ascii="仿宋_GB2312" w:hAnsi="仿宋_GB2312" w:eastAsia="仿宋_GB2312"/>
          <w:b w:val="0"/>
          <w:sz w:val="32"/>
        </w:rPr>
        <w:t>31. 強化監管/議員倡重新檢視行業指引- 港聞（来源：大公文匯網，2026年07月16日）</w:t>
      </w:r>
    </w:p>
    <w:p>
      <w:pPr>
        <w:spacing w:line="560" w:lineRule="exact"/>
        <w:ind w:firstLine="640"/>
        <w:jc w:val="both"/>
      </w:pPr>
      <w:r>
        <w:rPr>
          <w:rFonts w:ascii="仿宋_GB2312" w:hAnsi="仿宋_GB2312" w:eastAsia="仿宋_GB2312"/>
          <w:b w:val="0"/>
          <w:sz w:val="32"/>
        </w:rPr>
        <w:t>https://news.google.com/rss/articles/CBMidEFVX3lxTE9za3ZLekctc3hHVjJieXZYTHBKdFVGXzRvaEdPSVVhbWVLN0FXT291eGNMOG9VMUZoUFNYZHR6QWw5OWgzdUR0TXBLV3pETjB1bl9LSUxLc1hpSVdTVXBseGduUHQ5WFB1UXplWmRqa2h2V1pQ?oc=5</w:t>
      </w:r>
    </w:p>
    <w:p>
      <w:pPr>
        <w:spacing w:line="560" w:lineRule="exact"/>
        <w:ind w:firstLine="640"/>
        <w:jc w:val="both"/>
      </w:pPr>
      <w:r>
        <w:rPr>
          <w:rFonts w:ascii="仿宋_GB2312" w:hAnsi="仿宋_GB2312" w:eastAsia="仿宋_GB2312"/>
          <w:b w:val="0"/>
          <w:sz w:val="32"/>
        </w:rPr>
        <w:t>32. 宏福苑大會第五輪聽證會 火災因未熄滅菸頭導致（来源：大纪元，2026年06月23日）</w:t>
      </w:r>
    </w:p>
    <w:p>
      <w:pPr>
        <w:spacing w:line="560" w:lineRule="exact"/>
        <w:ind w:firstLine="640"/>
        <w:jc w:val="both"/>
      </w:pPr>
      <w:r>
        <w:rPr>
          <w:rFonts w:ascii="仿宋_GB2312" w:hAnsi="仿宋_GB2312" w:eastAsia="仿宋_GB2312"/>
          <w:b w:val="0"/>
          <w:sz w:val="32"/>
        </w:rPr>
        <w:t>https://news.google.com/rss/articles/CBMiYEFVX3lxTE9FYmtsUXVZTnp1TnN1aURVbW5pTF91dXVrOGs4LUpwMERFdFowdFp2WlRBY2lNaktxc2h6aUlEYVdqdUQ5VlNCbVNWVXdPU0lvQldONHFRM0RuUEtoRGdTN9IBZkFVX3lxTFBhbDRPYVNfTU84Ym53UU43bEtISUFtVFFvanlGeWF3Q2N3YkFIeEtTTjNKWm5IZkloTGdweUJZRG1CeWFtd1duNXFTWkFlcTgxOERUdjZkeVZROXQxdWhNbXc5UDhEZw?oc=5</w:t>
      </w:r>
    </w:p>
    <w:p>
      <w:pPr>
        <w:spacing w:line="560" w:lineRule="exact"/>
        <w:ind w:firstLine="640"/>
        <w:jc w:val="both"/>
      </w:pPr>
      <w:r>
        <w:rPr>
          <w:rFonts w:ascii="仿宋_GB2312" w:hAnsi="仿宋_GB2312" w:eastAsia="仿宋_GB2312"/>
          <w:b w:val="0"/>
          <w:sz w:val="32"/>
        </w:rPr>
        <w:t>33. 宏福苑五級火聽證會｜政府方陳詞指遭欺騙居民指說法荒謬批身為把關及條例設計者非靠承辦商斥政府「搵個咁嘅藉口去卸責」感無話可說（来源：庭刊，2026年07月16日）</w:t>
      </w:r>
    </w:p>
    <w:p>
      <w:pPr>
        <w:spacing w:line="560" w:lineRule="exact"/>
        <w:ind w:firstLine="640"/>
        <w:jc w:val="both"/>
      </w:pPr>
      <w:r>
        <w:rPr>
          <w:rFonts w:ascii="仿宋_GB2312" w:hAnsi="仿宋_GB2312" w:eastAsia="仿宋_GB2312"/>
          <w:b w:val="0"/>
          <w:sz w:val="32"/>
        </w:rPr>
        <w:t>https://news.google.com/rss/articles/CBMixwJBVV95cUxObmtELVY0a1RZdlR0YWFGWDd5bVFYUXhLMGx0UE82dGR2NVhfLUJXYXZ6dGtUYURyQWktT2o2cFVxa2FTbjJlUzRhUUY0Mk0xOEhGZGJ5dklQdkhuR1FUeXk5dDlCYVB1LUtOQ2drWkhINFFrczk4eWJ1a0l1RmpPdmxLNWgybFlPaDVIQzY3ZzlpbHk5d1cwZ3hpTS1FeEVsMVpkTnNfdV80cHBiR3hiZFluRW9OdHRLcDNCY3JLSm1ScTF6cEtua0lwWmJsclNJd0pvOFo0MERfSU9OUmxpMDBiQlhXTmIyY0pNZG9WeVlIN1ZCcm5LS1Zka0FpbmpsdEdQb3UzRHdKRjFkdF81eTlBTWhqTmNXQ2NzTFBoa2xpUXlTc0ZheUJ3WjdMS1QxTlZyU3RfRXhiTjFkSW1aR3hXUDRfSjA?oc=5</w:t>
      </w:r>
    </w:p>
    <w:p>
      <w:pPr>
        <w:spacing w:line="560" w:lineRule="exact"/>
        <w:ind w:firstLine="640"/>
        <w:jc w:val="both"/>
      </w:pPr>
      <w:r>
        <w:rPr>
          <w:rFonts w:ascii="仿宋_GB2312" w:hAnsi="仿宋_GB2312" w:eastAsia="仿宋_GB2312"/>
          <w:b w:val="0"/>
          <w:sz w:val="32"/>
        </w:rPr>
        <w:t>34. 宏福苑五級火聽證會｜政府方結案陳詞指總承建商及私營專業人員對大火負直接責任政府僅在監管系統執行上出現弱點（来源：庭刊，2026年07月16日）</w:t>
      </w:r>
    </w:p>
    <w:p>
      <w:pPr>
        <w:spacing w:line="560" w:lineRule="exact"/>
        <w:ind w:firstLine="640"/>
        <w:jc w:val="both"/>
      </w:pPr>
      <w:r>
        <w:rPr>
          <w:rFonts w:ascii="仿宋_GB2312" w:hAnsi="仿宋_GB2312" w:eastAsia="仿宋_GB2312"/>
          <w:b w:val="0"/>
          <w:sz w:val="32"/>
        </w:rPr>
        <w:t>https://news.google.com/rss/articles/CBMixwJBVV95cUxPcUdiVzBPVEVnNDZjUkpUaW9TakZ4NXNmRW9IQWJFdFQwVFRZcGJYY3I1OUVZbFFoeUNHbUc4RU1sd0xoWm5yVzRENVM5NXpWNS1jNWx2MHVMUmpmRkM4Zzl3SjloYWZienM5ZDA2NExacjJIazhPeDhTTGJORklwSV9BUDFNXy1CNmlxbzRxb1B4ZXFsSnBuTEpXWGhncl9OZDZXb3dIU1lqTDJtS1VfX2xqNkRFbXRFQ0dNMjltM01uRlg1LUYyY0FSNmRMUTNqSWlndFZrNnNYOHhvakhweVBfZ3FOZmhkY0ZGY1lDci1IZDEtZlRFaUhubWRIZ1ltdVVnbTV0Z2xlN25OdkZIR2Zfc0VmVFN2ekVnT3ZENDc3YUZJcTBVd3JKWWo5UmFGNWVTVk84RWZZczJiZ05DSGVGUUtKUXc?oc=5</w:t>
      </w:r>
    </w:p>
    <w:p>
      <w:pPr>
        <w:spacing w:line="560" w:lineRule="exact"/>
        <w:ind w:firstLine="640"/>
        <w:jc w:val="both"/>
      </w:pPr>
      <w:r>
        <w:rPr>
          <w:rFonts w:ascii="仿宋_GB2312" w:hAnsi="仿宋_GB2312" w:eastAsia="仿宋_GB2312"/>
          <w:b w:val="0"/>
          <w:sz w:val="32"/>
        </w:rPr>
        <w:t>35. 宏福苑火災聽證會｜物管置邦興業稱在大維修無監督角色 已盡力反映居民投訴 (13:47) - 20260715 - 即時港聞（来源：明報新聞網，2026年07月15日）</w:t>
      </w:r>
    </w:p>
    <w:p>
      <w:pPr>
        <w:spacing w:line="560" w:lineRule="exact"/>
        <w:ind w:firstLine="640"/>
        <w:jc w:val="both"/>
      </w:pPr>
      <w:r>
        <w:rPr>
          <w:rFonts w:ascii="仿宋_GB2312" w:hAnsi="仿宋_GB2312" w:eastAsia="仿宋_GB2312"/>
          <w:b w:val="0"/>
          <w:sz w:val="32"/>
        </w:rPr>
        <w:t>https://news.google.com/rss/articles/CBMiswFBVV95cUxPNEtHcXh5UElvZ2VfUUo2VEl2bllXQ1BSUEdON0c2blBCa3hLM29fY1JvZDdYLWNEU08xNFZIWWt4TlpsY0RyVVd4UWIzR25QYlhQcTBPaUhnLUZyMElXQ2dPVFdqZHhQWndMUlVDb0FpdzJ6ZGl3b2xXeUE4UW1TWmZuYTZqYzRVeGxGY3N5VlcybU1zcW5mdHhTNHNUVGhFRGtDTEJzRTBGS1hYRUhpQ1hHWQ?oc=5</w:t>
      </w:r>
    </w:p>
    <w:p>
      <w:pPr>
        <w:spacing w:line="560" w:lineRule="exact"/>
        <w:ind w:firstLine="640"/>
        <w:jc w:val="both"/>
      </w:pPr>
      <w:r>
        <w:rPr>
          <w:rFonts w:ascii="仿宋_GB2312" w:hAnsi="仿宋_GB2312" w:eastAsia="仿宋_GB2312"/>
          <w:b w:val="0"/>
          <w:sz w:val="32"/>
        </w:rPr>
        <w:t>36. 宏福苑火災聽證會｜政府代表稱監管責任非火災直接成因 居民質疑說法淡化 (18:37) - 20260716 - 即時港聞（来源：明報新聞網，2026年07月16日）</w:t>
      </w:r>
    </w:p>
    <w:p>
      <w:pPr>
        <w:spacing w:line="560" w:lineRule="exact"/>
        <w:ind w:firstLine="640"/>
        <w:jc w:val="both"/>
      </w:pPr>
      <w:r>
        <w:rPr>
          <w:rFonts w:ascii="仿宋_GB2312" w:hAnsi="仿宋_GB2312" w:eastAsia="仿宋_GB2312"/>
          <w:b w:val="0"/>
          <w:sz w:val="32"/>
        </w:rPr>
        <w:t>https://news.google.com/rss/articles/CBMiswFBVV95cUxPSUhvTnBwbnhwaTZFVF9XamhOMmRGTXduX050QTZrOFViV1B3ZWlfY0J0S0pueGplejFSWm95NVhyVllRRUpnS19rS2pGYmpLbFFvUmY3d2xXOHBMUVZSTE5Ib2N0YjFoRWtUWmk1RlAwZVJvMWI4bW0wbTFaRDNOX2FLY1hJTHBxU2t1WVZTUkxxNlo2aHRYM3ZNM1VQN3hRZXIxNElVbVNod1pyZE1xMFZEcw?oc=5</w:t>
      </w:r>
    </w:p>
    <w:p>
      <w:pPr>
        <w:spacing w:line="560" w:lineRule="exact"/>
        <w:ind w:firstLine="640"/>
        <w:jc w:val="both"/>
      </w:pPr>
      <w:r>
        <w:rPr>
          <w:rFonts w:ascii="仿宋_GB2312" w:hAnsi="仿宋_GB2312" w:eastAsia="仿宋_GB2312"/>
          <w:b w:val="0"/>
          <w:sz w:val="32"/>
        </w:rPr>
        <w:t>37. 宏福苑火災聽證會｜政府：六大因素促成火災 宏業和鴻毅無盡法律責任及違規 (14:13) - 20260716 - 即時港聞（来源：明報新聞網，2026年07月16日）</w:t>
      </w:r>
    </w:p>
    <w:p>
      <w:pPr>
        <w:spacing w:line="560" w:lineRule="exact"/>
        <w:ind w:firstLine="640"/>
        <w:jc w:val="both"/>
      </w:pPr>
      <w:r>
        <w:rPr>
          <w:rFonts w:ascii="仿宋_GB2312" w:hAnsi="仿宋_GB2312" w:eastAsia="仿宋_GB2312"/>
          <w:b w:val="0"/>
          <w:sz w:val="32"/>
        </w:rPr>
        <w:t>https://news.google.com/rss/articles/CBMiswFBVV95cUxOck51Sm1GSURiclBXeHYyTndac3gxS2RMUzI5T2NabXJaQWx5ZFdEZW9GZm5pZXdZaFhxVU5zY1NOczFVM2V0TlVzTkc3Y25UNzUzWlFCUHI0clYzcXR2cVVNNjFNcHZrM0hwNnNidGhBbjBQcEJhVnRHRnNmVDRpVVdSazRlQzl0ZmRwaHhmVHREeTVzS0NtSHpNQS0tQ3pmVUJqN0xOOUsxam9oRmloS1cyVQ?oc=5</w:t>
      </w:r>
    </w:p>
    <w:p>
      <w:pPr>
        <w:spacing w:line="560" w:lineRule="exact"/>
        <w:ind w:firstLine="640"/>
        <w:jc w:val="both"/>
      </w:pPr>
      <w:r>
        <w:rPr>
          <w:rFonts w:ascii="仿宋_GB2312" w:hAnsi="仿宋_GB2312" w:eastAsia="仿宋_GB2312"/>
          <w:b w:val="0"/>
          <w:sz w:val="32"/>
        </w:rPr>
        <w:t>38. 宏福苑火災聽證會｜政府稱識別5個制度弱點 將坦誠面對 (15:01) - 20260716 - 即時港聞（来源：明報新聞網，2026年07月16日）</w:t>
      </w:r>
    </w:p>
    <w:p>
      <w:pPr>
        <w:spacing w:line="560" w:lineRule="exact"/>
        <w:ind w:firstLine="640"/>
        <w:jc w:val="both"/>
      </w:pPr>
      <w:r>
        <w:rPr>
          <w:rFonts w:ascii="仿宋_GB2312" w:hAnsi="仿宋_GB2312" w:eastAsia="仿宋_GB2312"/>
          <w:b w:val="0"/>
          <w:sz w:val="32"/>
        </w:rPr>
        <w:t>https://news.google.com/rss/articles/CBMiswFBVV95cUxOeDYtM3hBVF90SWZUbThMSFdJdjN3eE1YVkZ6Q09kNjRHZTN0aDdxNmlWS0hwSVZ5YVEwQ2tteV9RVk1VemlzZHBEczZyTGZaeHY3TXB4c2lFZ1BTdHVHLVVwYWZoQzdUR0tMcUkyODR5UUZBY2RmM1FIYjR2WGRvNE1tOFJKSDR6Xy1rZGxGck0tcGdULU8yZ2JvT1M5MFgyS2N4OVVoYjR4NjNNN0tiSE8zYw?oc=5</w:t>
      </w:r>
    </w:p>
    <w:p>
      <w:pPr>
        <w:spacing w:line="560" w:lineRule="exact"/>
        <w:ind w:firstLine="640"/>
        <w:jc w:val="both"/>
      </w:pPr>
      <w:r>
        <w:rPr>
          <w:rFonts w:ascii="仿宋_GB2312" w:hAnsi="仿宋_GB2312" w:eastAsia="仿宋_GB2312"/>
          <w:b w:val="0"/>
          <w:sz w:val="32"/>
        </w:rPr>
        <w:t>39. 宏福苑居民：一句「對不起」及認責非奢侈｜宏福苑火災聽證會．短片 (19:29) - 20260716 - 即時熱點（来源：明報新聞網，2026年07月16日）</w:t>
      </w:r>
    </w:p>
    <w:p>
      <w:pPr>
        <w:spacing w:line="560" w:lineRule="exact"/>
        <w:ind w:firstLine="640"/>
        <w:jc w:val="both"/>
      </w:pPr>
      <w:r>
        <w:rPr>
          <w:rFonts w:ascii="仿宋_GB2312" w:hAnsi="仿宋_GB2312" w:eastAsia="仿宋_GB2312"/>
          <w:b w:val="0"/>
          <w:sz w:val="32"/>
        </w:rPr>
        <w:t>https://news.google.com/rss/articles/CBMiswFBVV95cUxPRVZiSk82SDB4em0xdTR0d1RCS3NqVHV0NzE3TTNXUlFSUGRidTcyWkphV3EyaGI1b3Q2RGlia0VjaWRKeVJsR1RlUEpua1Q1V2tFV0xWN3lSSmJSQ0Z2UDRIeVc2b1lTNndKcUtaN1Z5bDlQM1REUUxWOTNvOWVRWm5SbkloR0E4TXJ5anBaWjFBd3R5NlJOTFVzTWhLMGI0MGR4VUVKallfYkpTR2k5dkVNbw?oc=5</w:t>
      </w:r>
    </w:p>
    <w:p>
      <w:pPr>
        <w:spacing w:line="560" w:lineRule="exact"/>
        <w:ind w:firstLine="640"/>
        <w:jc w:val="both"/>
      </w:pPr>
      <w:r>
        <w:rPr>
          <w:rFonts w:ascii="仿宋_GB2312" w:hAnsi="仿宋_GB2312" w:eastAsia="仿宋_GB2312"/>
          <w:b w:val="0"/>
          <w:sz w:val="32"/>
        </w:rPr>
        <w:t>40. 宏福苑火災聽證會｜居民代表律師：部分證人似想卸責 理解居民有怒火 (14:20) - 20260716 - 即時港聞（来源：明報新聞網，2026年07月16日）</w:t>
      </w:r>
    </w:p>
    <w:p>
      <w:pPr>
        <w:spacing w:line="560" w:lineRule="exact"/>
        <w:ind w:firstLine="640"/>
        <w:jc w:val="both"/>
      </w:pPr>
      <w:r>
        <w:rPr>
          <w:rFonts w:ascii="仿宋_GB2312" w:hAnsi="仿宋_GB2312" w:eastAsia="仿宋_GB2312"/>
          <w:b w:val="0"/>
          <w:sz w:val="32"/>
        </w:rPr>
        <w:t>https://news.google.com/rss/articles/CBMiswFBVV95cUxQQjNVU21iVXFOTmp3c3dIVDFyeXJ1UFJVSmQxSkpwNGU0TVphNTkyN2tpejQzcG5MYms4M08wa1Fnb0RwOXhYTGxZai00WGlLemM2OFk2Y2ZTSzRIVVZhSzg2Z1dSdWR3c2dOTDFiYVM1dmVvUG9qYkNNRmdtSFcxeHdiSnVhaHpRbWhPNGNlRW05cU9MSGJhZDNFNnlFZWhmZlJQdTB3dFZWZkZYeG5vdHhRVQ?oc=5</w:t>
      </w:r>
    </w:p>
    <w:p>
      <w:pPr>
        <w:spacing w:line="560" w:lineRule="exact"/>
        <w:ind w:firstLine="640"/>
        <w:jc w:val="both"/>
      </w:pPr>
      <w:r>
        <w:rPr>
          <w:rFonts w:ascii="仿宋_GB2312" w:hAnsi="仿宋_GB2312" w:eastAsia="仿宋_GB2312"/>
          <w:b w:val="0"/>
          <w:sz w:val="32"/>
        </w:rPr>
        <w:t>41. 【持續更新】宏福苑火災聽證會｜政府指六大因素引發火災 宏業均有責任 不應視政府為始作俑者 (15:43) - 20260716 - 港聞（来源：明報新聞網，2026年07月16日）</w:t>
      </w:r>
    </w:p>
    <w:p>
      <w:pPr>
        <w:spacing w:line="560" w:lineRule="exact"/>
        <w:ind w:firstLine="640"/>
        <w:jc w:val="both"/>
      </w:pPr>
      <w:r>
        <w:rPr>
          <w:rFonts w:ascii="仿宋_GB2312" w:hAnsi="仿宋_GB2312" w:eastAsia="仿宋_GB2312"/>
          <w:b w:val="0"/>
          <w:sz w:val="32"/>
        </w:rPr>
        <w:t>https://news.google.com/rss/articles/CBMi_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?oc=5</w:t>
      </w:r>
    </w:p>
    <w:p>
      <w:pPr>
        <w:spacing w:line="560" w:lineRule="exact"/>
        <w:ind w:firstLine="640"/>
        <w:jc w:val="both"/>
      </w:pPr>
      <w:r>
        <w:rPr>
          <w:rFonts w:ascii="仿宋_GB2312" w:hAnsi="仿宋_GB2312" w:eastAsia="仿宋_GB2312"/>
          <w:b w:val="0"/>
          <w:sz w:val="32"/>
        </w:rPr>
        <w:t>42. 旁聽居民批淡化責任 把關「不能只憑信字」 - 20260717 - 要聞（来源：明報新聞網，2026年07月16日）</w:t>
      </w:r>
    </w:p>
    <w:p>
      <w:pPr>
        <w:spacing w:line="560" w:lineRule="exact"/>
        <w:ind w:firstLine="640"/>
        <w:jc w:val="both"/>
      </w:pPr>
      <w:r>
        <w:rPr>
          <w:rFonts w:ascii="仿宋_GB2312" w:hAnsi="仿宋_GB2312" w:eastAsia="仿宋_GB2312"/>
          <w:b w:val="0"/>
          <w:sz w:val="32"/>
        </w:rPr>
        <w:t>https://news.google.com/rss/articles/CBMiswFBVV95cUxPb3hpSDNzMnVwczRleHVkODNSOVhDTDBIZDBSLXZUNmwyeFVmMXhRSE4wMHctbGFManBHQ3BTNzNkVXFldlhPT2hEa3lEcEdEeWNXOS1rdXdyWncwUERVY2lwa0xiWEw0am9SY28zcHktMnNvb0s2U1dOSUdfb2hDRm16MVlCdGF6STlFMmdiOEJyQXBZRmJGTzN2aDBNNnRRM2JmN3dpLUVOMmg3eW9Xa0ZaSQ?oc=5</w:t>
      </w:r>
    </w:p>
    <w:p>
      <w:pPr>
        <w:spacing w:line="560" w:lineRule="exact"/>
        <w:ind w:firstLine="640"/>
        <w:jc w:val="both"/>
      </w:pPr>
      <w:r>
        <w:rPr>
          <w:rFonts w:ascii="仿宋_GB2312" w:hAnsi="仿宋_GB2312" w:eastAsia="仿宋_GB2312"/>
          <w:b w:val="0"/>
          <w:sz w:val="32"/>
        </w:rPr>
        <w:t>43. 宏福苑火災聽證會｜有居民認為政府部門對火災有責任 質疑審查文件過於依賴承建商 (14:27) - 20260716 - 即時港聞（来源：明報新聞網，2026年07月16日）</w:t>
      </w:r>
    </w:p>
    <w:p>
      <w:pPr>
        <w:spacing w:line="560" w:lineRule="exact"/>
        <w:ind w:firstLine="640"/>
        <w:jc w:val="both"/>
      </w:pPr>
      <w:r>
        <w:rPr>
          <w:rFonts w:ascii="仿宋_GB2312" w:hAnsi="仿宋_GB2312" w:eastAsia="仿宋_GB2312"/>
          <w:b w:val="0"/>
          <w:sz w:val="32"/>
        </w:rPr>
        <w:t>https://news.google.com/rss/articles/CBMiswFBVV95cUxQSXZsem11Vm5xRGU3NDFuYm5Ra0NBUndXNnJSOXNhNzRCOTBOMXFqV2dBSXZFby1yeFFGZ0hmczRLZjRKZnRWUXpsbzBCN2pXal9CaEREbEhIVkg2d0ZxbTBncl9HSElPUFRSNjVpUHNMS1FOSmRyM0R6Q19sYzM0c3ZFaC1TRW16dFE5Tm9fVUVqTGVnMFN3eXFmMDRncHJWNnlDM2xVNDVIY3psZFptVDBKMA?oc=5</w:t>
      </w:r>
    </w:p>
    <w:p>
      <w:pPr>
        <w:spacing w:line="560" w:lineRule="exact"/>
        <w:ind w:firstLine="640"/>
        <w:jc w:val="both"/>
      </w:pPr>
      <w:r>
        <w:rPr>
          <w:rFonts w:ascii="仿宋_GB2312" w:hAnsi="仿宋_GB2312" w:eastAsia="仿宋_GB2312"/>
          <w:b w:val="0"/>
          <w:sz w:val="32"/>
        </w:rPr>
        <w:t>44. 鄧國權黃碧嬌無作供 居民陳辭點名 - 20260717 - 要聞（来源：明報新聞網，2026年07月16日）</w:t>
      </w:r>
    </w:p>
    <w:p>
      <w:pPr>
        <w:spacing w:line="560" w:lineRule="exact"/>
        <w:ind w:firstLine="640"/>
        <w:jc w:val="both"/>
      </w:pPr>
      <w:r>
        <w:rPr>
          <w:rFonts w:ascii="仿宋_GB2312" w:hAnsi="仿宋_GB2312" w:eastAsia="仿宋_GB2312"/>
          <w:b w:val="0"/>
          <w:sz w:val="32"/>
        </w:rPr>
        <w:t>https://news.google.com/rss/articles/CBMixAJBVV95cUxPTWk1ZXBlUEI5NzhZVkpmNElsRE43R0xid1ViRmgyUUxHenN3VDVORDNyYmMyc2llU2hZSVF5enRQLUFaWDJ1c2xGcS1DbjBEVTlpUy1uYW5pYTQ1ZlF6UHBERjMtRUoxNzdIekRnUVVueGJVOTRvQ2Qwc01KRm5xWDdyQjFJNHp2ZHRTT3ZMVzVIbWJYanE1TzZMZmJyN2ptcEUyNUJjM2o5eERMQ01MWEgzWmdmU21fYXMwQWM0cGM5c0JRU3kxSDNncU5mcWpibFJkT19BOXZ1elhRUk1XcllreHlLSmJ1aDFMaXN5c1pxbEpnR0Ftck9xSmJMd01lQ3B0NDNsdy1BV0dycEdEc2RkY2I2d0U1TVZsVmt2ZFpPWVRGUGV6YVpZMlZFOHdjRTNPdGxiTDV5NVBNd0hYYjdMLTE?oc=5</w:t>
      </w:r>
    </w:p>
    <w:p>
      <w:pPr>
        <w:spacing w:line="560" w:lineRule="exact"/>
        <w:ind w:firstLine="640"/>
        <w:jc w:val="both"/>
      </w:pPr>
      <w:r>
        <w:rPr>
          <w:rFonts w:ascii="仿宋_GB2312" w:hAnsi="仿宋_GB2312" w:eastAsia="仿宋_GB2312"/>
          <w:b w:val="0"/>
          <w:sz w:val="32"/>
        </w:rPr>
        <w:t>45. 宏福苑火災聽證會｜政府：火警規模前所未見 消防已作最適合救火救援選擇 (14:46) - 20260716 - 即時港聞（来源：明報新聞網，2026年07月16日）</w:t>
      </w:r>
    </w:p>
    <w:p>
      <w:pPr>
        <w:spacing w:line="560" w:lineRule="exact"/>
        <w:ind w:firstLine="640"/>
        <w:jc w:val="both"/>
      </w:pPr>
      <w:r>
        <w:rPr>
          <w:rFonts w:ascii="仿宋_GB2312" w:hAnsi="仿宋_GB2312" w:eastAsia="仿宋_GB2312"/>
          <w:b w:val="0"/>
          <w:sz w:val="32"/>
        </w:rPr>
        <w:t>https://news.google.com/rss/articles/CBMiswFBVV95cUxOcldOS2w2azVtWDgxRWQxcTh2TzE5dE9LaWdFUTJ3MVItdkxwOXo1YXoxdmozQXBjNGs1bkNVWnQzLVUzakRsNGNTbFJNZGFTck5OelI2SVRrZy1xWGRqeGdEYlBJVDVHaXlLd3V6UWFhdjEzcnVnRGd5a1FvOVBRZWc0ZEhMS2o4TU0xbTlUSGMzSFpxMzhUcjVRYnZuVWFKRzUtYkcxMnZSVW95VnJXTnFIZw?oc=5</w:t>
      </w:r>
    </w:p>
    <w:p>
      <w:pPr>
        <w:spacing w:line="560" w:lineRule="exact"/>
        <w:ind w:firstLine="640"/>
        <w:jc w:val="both"/>
      </w:pPr>
      <w:r>
        <w:rPr>
          <w:rFonts w:ascii="仿宋_GB2312" w:hAnsi="仿宋_GB2312" w:eastAsia="仿宋_GB2312"/>
          <w:b w:val="0"/>
          <w:sz w:val="32"/>
        </w:rPr>
        <w:t>46. 識別5「系統性弱點」 已推改善措施 - 20260717 - 要聞（来源：明報新聞網，2026年07月16日）</w:t>
      </w:r>
    </w:p>
    <w:p>
      <w:pPr>
        <w:spacing w:line="560" w:lineRule="exact"/>
        <w:ind w:firstLine="640"/>
        <w:jc w:val="both"/>
      </w:pPr>
      <w:r>
        <w:rPr>
          <w:rFonts w:ascii="仿宋_GB2312" w:hAnsi="仿宋_GB2312" w:eastAsia="仿宋_GB2312"/>
          <w:b w:val="0"/>
          <w:sz w:val="32"/>
        </w:rPr>
        <w:t>https://news.google.com/rss/articles/CBMixgJBVV95cUxORUZ6RDNqLVhCVGc5Y3Itb2otcXotX2NXeUk4QWFLeDlSVnk3ekhXNUxGaXFmVVdFcDRFWVp1MGJWOUE0Z3BjN3RJcUVZaTBpN1drWmRabzB0MlYxZXMzRHhNYnFhNVR3ampGd1FNanZ2WnQxSDQ3QVVjbVZScTU1czJ4V1RXVl9oY1c5d0dpRWxOQWQ4M21qRFZwbV9jeDlXN28tSnc0R2lOZ0UxalJqOHpVSWFuUzJNZ0RUVl9ZODhXN0hmVmlEM0lLMEpsR1dFNDNxV1VHS0N2UmwxR2pVWFdyNkhJWEdySjhSc1AzYnVOZDBjV0pXSTZId0FIVDhkcTBsV0tUclR6Z2Z4Vk1wS2RfN0tCdUZqaWlYLVdXMHNWd01tUGJuYXFQNU4tTXhsbUkxTVhQZURqMmVlNHVGdGdyR0hzZw?oc=5</w:t>
      </w:r>
    </w:p>
    <w:p>
      <w:pPr>
        <w:spacing w:line="560" w:lineRule="exact"/>
        <w:ind w:firstLine="640"/>
        <w:jc w:val="both"/>
      </w:pPr>
      <w:r>
        <w:rPr>
          <w:rFonts w:ascii="仿宋_GB2312" w:hAnsi="仿宋_GB2312" w:eastAsia="仿宋_GB2312"/>
          <w:b w:val="0"/>
          <w:sz w:val="32"/>
        </w:rPr>
        <w:t>47. 居民總結：環環失誤釀禍 包括政府 提11建議 指部分證人只想卸責惹怒火 - 20260717 - 圖片看世界（来源：明報新聞網，2026年07月16日）</w:t>
      </w:r>
    </w:p>
    <w:p>
      <w:pPr>
        <w:spacing w:line="560" w:lineRule="exact"/>
        <w:ind w:firstLine="640"/>
        <w:jc w:val="both"/>
      </w:pPr>
      <w:r>
        <w:rPr>
          <w:rFonts w:ascii="仿宋_GB2312" w:hAnsi="仿宋_GB2312" w:eastAsia="仿宋_GB2312"/>
          <w:b w:val="0"/>
          <w:sz w:val="32"/>
        </w:rPr>
        <w:t>https://news.google.com/rss/articles/CBMinwFBVV95cUxQZnp4QXZvdllMZklJWkRhaW4waTN4R3NiV2t5QVItWndVNm9mQlRseEZfMWlncVdLYnhvTHB5amdHeHkxdUtiMzJrX2JPblFPWm5NRUtGZ1BSYUthbjdtSHJUOFkxOEtldWtkMExTenZPa1NQWV9BNzFzdkc0aFVVdWFVcUtfSnhhbDhxbTJLejduZFBKSmJodUw1b3d2Um8?oc=5</w:t>
      </w:r>
    </w:p>
    <w:p>
      <w:pPr>
        <w:spacing w:line="560" w:lineRule="exact"/>
        <w:ind w:firstLine="640"/>
        <w:jc w:val="both"/>
      </w:pPr>
      <w:r>
        <w:rPr>
          <w:rFonts w:ascii="仿宋_GB2312" w:hAnsi="仿宋_GB2312" w:eastAsia="仿宋_GB2312"/>
          <w:b w:val="0"/>
          <w:sz w:val="32"/>
        </w:rPr>
        <w:t>48. 宏福苑聽證會第六輪周三起舉行3場 將聽取總結陳詞 完成後撰寫最終報告（来源：星島頭條，2026年07月13日）</w:t>
      </w:r>
    </w:p>
    <w:p>
      <w:pPr>
        <w:spacing w:line="560" w:lineRule="exact"/>
        <w:ind w:firstLine="640"/>
        <w:jc w:val="both"/>
      </w:pPr>
      <w:r>
        <w:rPr>
          <w:rFonts w:ascii="仿宋_GB2312" w:hAnsi="仿宋_GB2312" w:eastAsia="仿宋_GB2312"/>
          <w:b w:val="0"/>
          <w:sz w:val="32"/>
        </w:rPr>
        <w:t>https://news.google.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?oc=5</w:t>
      </w:r>
    </w:p>
    <w:p>
      <w:pPr>
        <w:spacing w:line="560" w:lineRule="exact"/>
        <w:ind w:firstLine="640"/>
        <w:jc w:val="both"/>
      </w:pPr>
      <w:r>
        <w:rPr>
          <w:rFonts w:ascii="仿宋_GB2312" w:hAnsi="仿宋_GB2312" w:eastAsia="仿宋_GB2312"/>
          <w:b w:val="0"/>
          <w:sz w:val="32"/>
        </w:rPr>
        <w:t>49. 宏福苑聽證會︱政府承認監管制度存五大弱點 惟將政府視為火災始作俑者不公允（来源：星島頭條，2026年07月16日）</w:t>
      </w:r>
    </w:p>
    <w:p>
      <w:pPr>
        <w:spacing w:line="560" w:lineRule="exact"/>
        <w:ind w:firstLine="640"/>
        <w:jc w:val="both"/>
      </w:pPr>
      <w:r>
        <w:rPr>
          <w:rFonts w:ascii="仿宋_GB2312" w:hAnsi="仿宋_GB2312" w:eastAsia="仿宋_GB2312"/>
          <w:b w:val="0"/>
          <w:sz w:val="32"/>
        </w:rPr>
        <w:t>https://news.google.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?oc=5</w:t>
      </w:r>
    </w:p>
    <w:p>
      <w:pPr>
        <w:spacing w:line="560" w:lineRule="exact"/>
        <w:ind w:firstLine="640"/>
        <w:jc w:val="both"/>
      </w:pPr>
      <w:r>
        <w:rPr>
          <w:rFonts w:ascii="仿宋_GB2312" w:hAnsi="仿宋_GB2312" w:eastAsia="仿宋_GB2312"/>
          <w:b w:val="0"/>
          <w:sz w:val="32"/>
        </w:rPr>
        <w:t>50. 宏福苑聽證會︱何偉豪留在宏泰閣嘗試協助疏散 政府代表 : 展現非凡勇氣和崇高使命感（来源：星島頭條，2026年07月16日）</w:t>
      </w:r>
    </w:p>
    <w:p>
      <w:pPr>
        <w:spacing w:line="560" w:lineRule="exact"/>
        <w:ind w:firstLine="640"/>
        <w:jc w:val="both"/>
      </w:pPr>
      <w:r>
        <w:rPr>
          <w:rFonts w:ascii="仿宋_GB2312" w:hAnsi="仿宋_GB2312" w:eastAsia="仿宋_GB2312"/>
          <w:b w:val="0"/>
          <w:sz w:val="32"/>
        </w:rPr>
        <w:t>https://news.google.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?oc=5</w:t>
      </w:r>
    </w:p>
    <w:p>
      <w:pPr>
        <w:spacing w:line="560" w:lineRule="exact"/>
        <w:ind w:firstLine="640"/>
        <w:jc w:val="both"/>
      </w:pPr>
      <w:r>
        <w:rPr>
          <w:rFonts w:ascii="仿宋_GB2312" w:hAnsi="仿宋_GB2312" w:eastAsia="仿宋_GB2312"/>
          <w:b w:val="0"/>
          <w:sz w:val="32"/>
        </w:rPr>
        <w:t>51. 宏福苑聽證會．持續更新︱獨委會：目前證據未顯示黃碧嬌參與圍標惟民事或刑事責任非委員會職權範圍（来源：星島頭條，2026年07月17日）</w:t>
      </w:r>
    </w:p>
    <w:p>
      <w:pPr>
        <w:spacing w:line="560" w:lineRule="exact"/>
        <w:ind w:firstLine="640"/>
        <w:jc w:val="both"/>
      </w:pPr>
      <w:r>
        <w:rPr>
          <w:rFonts w:ascii="仿宋_GB2312" w:hAnsi="仿宋_GB2312" w:eastAsia="仿宋_GB2312"/>
          <w:b w:val="0"/>
          <w:sz w:val="32"/>
        </w:rPr>
        <w:t>https://news.google.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?oc=5</w:t>
      </w:r>
    </w:p>
    <w:p>
      <w:pPr>
        <w:spacing w:line="560" w:lineRule="exact"/>
        <w:ind w:firstLine="640"/>
        <w:jc w:val="both"/>
      </w:pPr>
      <w:r>
        <w:rPr>
          <w:rFonts w:ascii="仿宋_GB2312" w:hAnsi="仿宋_GB2312" w:eastAsia="仿宋_GB2312"/>
          <w:b w:val="0"/>
          <w:sz w:val="32"/>
        </w:rPr>
        <w:t>52. 宏福苑聽證會｜今起聽取各方總結陳詞 競委會倡圍標刑事化（来源：橙新聞，2026年07月15日）</w:t>
      </w:r>
    </w:p>
    <w:p>
      <w:pPr>
        <w:spacing w:line="560" w:lineRule="exact"/>
        <w:ind w:firstLine="640"/>
        <w:jc w:val="both"/>
      </w:pPr>
      <w:r>
        <w:rPr>
          <w:rFonts w:ascii="仿宋_GB2312" w:hAnsi="仿宋_GB2312" w:eastAsia="仿宋_GB2312"/>
          <w:b w:val="0"/>
          <w:sz w:val="32"/>
        </w:rPr>
        <w:t>https://news.google.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?oc=5</w:t>
      </w:r>
    </w:p>
    <w:p>
      <w:pPr>
        <w:spacing w:line="560" w:lineRule="exact"/>
        <w:ind w:firstLine="640"/>
        <w:jc w:val="both"/>
      </w:pPr>
      <w:r>
        <w:rPr>
          <w:rFonts w:ascii="仿宋_GB2312" w:hAnsi="仿宋_GB2312" w:eastAsia="仿宋_GB2312"/>
          <w:b w:val="0"/>
          <w:sz w:val="32"/>
        </w:rPr>
        <w:t>53. 宏福苑聽證會｜九名居民總結陳詞 稱政府部門職責有缺失（来源：橙新聞，2026年07月16日）</w:t>
      </w:r>
    </w:p>
    <w:p>
      <w:pPr>
        <w:spacing w:line="560" w:lineRule="exact"/>
        <w:ind w:firstLine="640"/>
        <w:jc w:val="both"/>
      </w:pPr>
      <w:r>
        <w:rPr>
          <w:rFonts w:ascii="仿宋_GB2312" w:hAnsi="仿宋_GB2312" w:eastAsia="仿宋_GB2312"/>
          <w:b w:val="0"/>
          <w:sz w:val="32"/>
        </w:rPr>
        <w:t>https://news.google.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?oc=5</w:t>
      </w:r>
    </w:p>
    <w:p>
      <w:pPr>
        <w:spacing w:line="560" w:lineRule="exact"/>
        <w:ind w:firstLine="640"/>
        <w:jc w:val="both"/>
      </w:pPr>
      <w:r>
        <w:rPr>
          <w:rFonts w:ascii="仿宋_GB2312" w:hAnsi="仿宋_GB2312" w:eastAsia="仿宋_GB2312"/>
          <w:b w:val="0"/>
          <w:sz w:val="32"/>
        </w:rPr>
        <w:t>54. 宏福苑聽證會｜特區政府總結陳詞：承建商濫用機制 蓄意違法造成大火（来源：橙新聞，2026年07月16日）</w:t>
      </w:r>
    </w:p>
    <w:p>
      <w:pPr>
        <w:spacing w:line="560" w:lineRule="exact"/>
        <w:ind w:firstLine="640"/>
        <w:jc w:val="both"/>
      </w:pPr>
      <w:r>
        <w:rPr>
          <w:rFonts w:ascii="仿宋_GB2312" w:hAnsi="仿宋_GB2312" w:eastAsia="仿宋_GB2312"/>
          <w:b w:val="0"/>
          <w:sz w:val="32"/>
        </w:rPr>
        <w:t>https://news.google.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?oc=5</w:t>
      </w:r>
    </w:p>
    <w:p>
      <w:pPr>
        <w:spacing w:line="560" w:lineRule="exact"/>
        <w:ind w:firstLine="640"/>
        <w:jc w:val="both"/>
      </w:pPr>
      <w:r>
        <w:rPr>
          <w:rFonts w:ascii="仿宋_GB2312" w:hAnsi="仿宋_GB2312" w:eastAsia="仿宋_GB2312"/>
          <w:b w:val="0"/>
          <w:sz w:val="32"/>
        </w:rPr>
        <w:t>55. 第五輪宏福苑聽證會整合 拆解起火時間線 168死者死因及年齡分布（来源：法庭線The Witness，2026年07月11日）</w:t>
      </w:r>
    </w:p>
    <w:p>
      <w:pPr>
        <w:spacing w:line="560" w:lineRule="exact"/>
        <w:ind w:firstLine="640"/>
        <w:jc w:val="both"/>
      </w:pPr>
      <w:r>
        <w:rPr>
          <w:rFonts w:ascii="仿宋_GB2312" w:hAnsi="仿宋_GB2312" w:eastAsia="仿宋_GB2312"/>
          <w:b w:val="0"/>
          <w:sz w:val="32"/>
        </w:rPr>
        <w:t>https://news.google.com/rss/articles/CBMimAJBVV95cUxQZU5LVTJzWnBTVjlsLTVWcHo5MXAxVWlKWjIwTXN2b2RuNFZkWUVjX3ByWkhWZUplT1VpSUpUTEFscmc1M3lodk9rcVlxSERBTjBtQVdqVFExSWtDbTZYQmhxQU50X01vOUV0OHlpT0pQQkM0QnIxM252QVlReUsxbi11eEkxS05WdURlQnV4VVotbnhfOHJVMklKY1N2X3kxYXF3a29ncVRVVE1CUnlucmNqYUlPbVJ5Z3E5QVNjQl9XNjV5LUE3M3NWQm9TRVNMWUpsTDJoSnpya3JZWjBIdHRrSV9iWFd6UXY1TURmLUFPY3FvRXY0U0F4czU0NW1CbTJ2cHlSVHpMOTNJendxSXBpRl93YXNJ?oc=5</w:t>
      </w:r>
    </w:p>
    <w:p>
      <w:pPr>
        <w:spacing w:line="560" w:lineRule="exact"/>
        <w:ind w:firstLine="640"/>
        <w:jc w:val="both"/>
      </w:pPr>
      <w:r>
        <w:rPr>
          <w:rFonts w:ascii="仿宋_GB2312" w:hAnsi="仿宋_GB2312" w:eastAsia="仿宋_GB2312"/>
          <w:b w:val="0"/>
          <w:sz w:val="32"/>
        </w:rPr>
        <w:t>56. 宏福苑聽證會Day28｜市建局總結：沒矮化自身職能 惟行事有實際局限（来源：法庭線The Witness，2026年07月15日）</w:t>
      </w:r>
    </w:p>
    <w:p>
      <w:pPr>
        <w:spacing w:line="560" w:lineRule="exact"/>
        <w:ind w:firstLine="640"/>
        <w:jc w:val="both"/>
      </w:pPr>
      <w:r>
        <w:rPr>
          <w:rFonts w:ascii="仿宋_GB2312" w:hAnsi="仿宋_GB2312" w:eastAsia="仿宋_GB2312"/>
          <w:b w:val="0"/>
          <w:sz w:val="32"/>
        </w:rPr>
        <w:t>https://news.google.com/rss/articles/CBMixAJBVV95cUxPa1I2R1B4Tkh2SnNCX012NzlYWElPbllLeDFDaGt5MlUtRGEtNjc2ay1QSFNIaW4wR2hvSkhsTWFOWkE1R3NTZk1lZ3FkS0diTEN6X0wzZ29xX2NZczl2djMwUUpUNHI2UGE5aHZoY0JjYThMXzNLNDl1LVFXbTY1M1BadnV4V3otNzJEWGQwaEhzVm1KeWpMMjVhSlJaSS1LVmRfVFQzQ254a3VDRTkwbnExdG1CTXFad284RHJ6Q3VwUnVtemhqTUhGcFBuaTFxUDJMbTFzbFdJV2MxUGVLbzJMal81YkpqMXhOSFFhN0tJVUZ0WDl5UkV5TmViLVJqZEJpUVBOdWZGMEpmVkxXU0piay1JV1JBOEk2N3lWZUVkYVlON0ljaGFsRl9TLW5TRGFhR0Qyc2RpU01IZFlpaFBiZ2I?oc=5</w:t>
      </w:r>
    </w:p>
    <w:p>
      <w:pPr>
        <w:spacing w:line="560" w:lineRule="exact"/>
        <w:ind w:firstLine="640"/>
        <w:jc w:val="both"/>
      </w:pPr>
      <w:r>
        <w:rPr>
          <w:rFonts w:ascii="仿宋_GB2312" w:hAnsi="仿宋_GB2312" w:eastAsia="仿宋_GB2312"/>
          <w:b w:val="0"/>
          <w:sz w:val="32"/>
        </w:rPr>
        <w:t>57. 宏福苑聽證會Day28｜中華發展：響警鐘仍難逃生 陸啟康：難接受以此減低責任（来源：法庭線The Witness，2026年07月15日）</w:t>
      </w:r>
    </w:p>
    <w:p>
      <w:pPr>
        <w:spacing w:line="560" w:lineRule="exact"/>
        <w:ind w:firstLine="640"/>
        <w:jc w:val="both"/>
      </w:pPr>
      <w:r>
        <w:rPr>
          <w:rFonts w:ascii="仿宋_GB2312" w:hAnsi="仿宋_GB2312" w:eastAsia="仿宋_GB2312"/>
          <w:b w:val="0"/>
          <w:sz w:val="32"/>
        </w:rPr>
        <w:t>https://news.google.com/rss/articles/CBMixAJBVV95cUxOdTU4bi1PUjhyQ1phTTh6aW81NzZOblB6SUFZdU9SeHVDOUFtSDhPd3dkeVJtUGpnUGx1ZU9BSHNUQV8xUW1RbVZZRnFyTlZBZ2N4UDZTWVozZFhzVFFYaVVFbDJZenZtcDgxMU5EUk1saGR1Y1NpeVM3dGpxdTZhRERSdmRlS2szTkl4Q3QxcExGMmZKRzk3Q0RqT3ktNXBTX2x0OGRZSUJOTEFaZkpGOW42cVZTN1pLekxVMUpIdTNUa0JZTVEzWk9Oam9PSVRLNF8tT1poWUV4R2NkSGVzaW9Fck42b2dfVFVIV1VFcTdZVXM4cXdIODF1ZkVOQm1SY0tfTDh0REdsM2tQNDBqMl85WHNCam5xeHZ6cXp2SjBVV0VDWWNaOTRhWG1paEQ0MTRxS0hOSDY1dHBRX3FROWFaWVc?oc=5</w:t>
      </w:r>
    </w:p>
    <w:p>
      <w:pPr>
        <w:spacing w:line="560" w:lineRule="exact"/>
        <w:ind w:firstLine="640"/>
        <w:jc w:val="both"/>
      </w:pPr>
      <w:r>
        <w:rPr>
          <w:rFonts w:ascii="仿宋_GB2312" w:hAnsi="仿宋_GB2312" w:eastAsia="仿宋_GB2312"/>
          <w:b w:val="0"/>
          <w:sz w:val="32"/>
        </w:rPr>
        <w:t>58. 宏福苑聽證會Day29｜政府方總結：火災責任歸究政府欠公允 不應混淆責任與弱點（来源：法庭線The Witness，2026年07月16日）</w:t>
      </w:r>
    </w:p>
    <w:p>
      <w:pPr>
        <w:spacing w:line="560" w:lineRule="exact"/>
        <w:ind w:firstLine="640"/>
        <w:jc w:val="both"/>
      </w:pPr>
      <w:r>
        <w:rPr>
          <w:rFonts w:ascii="仿宋_GB2312" w:hAnsi="仿宋_GB2312" w:eastAsia="仿宋_GB2312"/>
          <w:b w:val="0"/>
          <w:sz w:val="32"/>
        </w:rPr>
        <w:t>https://news.google.com/rss/articles/CBMiwwJBVV95cUxOQ2VldFdLWDJPQWl2bmRUX01oYm5XWkk4Tzd3SGtVckExS19CRGhfOTI0dzhLYWZKTU1WNHBOYlJjRWY3Mm9tVDV1OHhfX3p6eHlwR1FESFJudms1WmxkODhYQm81X2lIQ3JGY0gyREtVLUx1Y1RrQTBidkViU2lQUWI2TzVvMTRsVnFHbm8wNnNBdXdWV3Y3UTl2OEtWeFRhRnFiSTBCcVVaR1Vha2VtMHA2MlhPNE5fQ3R2ejhsWEk1dG9jTEhUdkFudFdlYWxna2taSkx4ZFQzaUlvN3F3ZXRXYVpRVmdSOTByUVhUbnBNQ0tSSjMydXpaOGduNmdnSWd5aGVpUDRKOHBQbEtGc1hVdTVuNzFDLWVxZDJxZnlwQkQ5SkIyYkE5RFNlQVB1WmZJbFNQUWl1aWVrNDRTcXVVQQ?oc=5</w:t>
      </w:r>
    </w:p>
    <w:p>
      <w:pPr>
        <w:spacing w:line="560" w:lineRule="exact"/>
        <w:ind w:firstLine="640"/>
        <w:jc w:val="both"/>
      </w:pPr>
      <w:r>
        <w:rPr>
          <w:rFonts w:ascii="仿宋_GB2312" w:hAnsi="仿宋_GB2312" w:eastAsia="仿宋_GB2312"/>
          <w:b w:val="0"/>
          <w:sz w:val="32"/>
        </w:rPr>
        <w:t>59. 宏福苑聽證會Day29｜家屬方總結：居民作供痛苦難以想像 促持份者勿再卸責（来源：法庭線The Witness，2026年07月16日）</w:t>
      </w:r>
    </w:p>
    <w:p>
      <w:pPr>
        <w:spacing w:line="560" w:lineRule="exact"/>
        <w:ind w:firstLine="640"/>
        <w:jc w:val="both"/>
      </w:pPr>
      <w:r>
        <w:rPr>
          <w:rFonts w:ascii="仿宋_GB2312" w:hAnsi="仿宋_GB2312" w:eastAsia="仿宋_GB2312"/>
          <w:b w:val="0"/>
          <w:sz w:val="32"/>
        </w:rPr>
        <w:t>https://news.google.com/rss/articles/CBMiwwJBVV95cUxPQVVjVi00WG9wcllvY2dDYm5IMUUtZ0UzSnZTZzVsMkoySUZoMEtPMlhsS1U2QUdIYU01VktQUU9qOGtXb3lnRHNNc1pzWVEzcXZyeEI2dUI1RDNUUXRBb2NZcFJRSnphX2VxSVR6elpOc1NoUGVmUzUwdE5rVExYUzZSTkFlOXYwNm9JR3lQNncyRHhwRGFVVGhXRzdlNXdtWGNhQU93RndGa2JETEJkM2FnR19KS2Y1a2ZBSTZSMTI4YmJQMjM0bm85dGo3ZHVaUjB3YkRpU0JkQXhNT0J0TDVQdU5wYVNDVE9zWF9WMjdIR3oxbUlZbjc4aVBRTXhuMEwydkVxR2wwdGxvbEVxS2N6WlYxUjNnX1JFRkxFTXB6S29wb09tV0MxVjMwMk9SaFNrUXJQRkhkVFhLRThKVjRNWQ?oc=5</w:t>
      </w:r>
    </w:p>
    <w:p>
      <w:pPr>
        <w:spacing w:line="560" w:lineRule="exact"/>
        <w:ind w:firstLine="640"/>
        <w:jc w:val="both"/>
      </w:pPr>
      <w:r>
        <w:rPr>
          <w:rFonts w:ascii="仿宋_GB2312" w:hAnsi="仿宋_GB2312" w:eastAsia="仿宋_GB2312"/>
          <w:b w:val="0"/>
          <w:sz w:val="32"/>
        </w:rPr>
        <w:t>60. 實時更新｜宏福苑聽證會Day29 家屬方總結：宏業魚目混珠 鴻毅操縱招標（来源：法庭線The Witness，2026年07月16日）</w:t>
      </w:r>
    </w:p>
    <w:p>
      <w:pPr>
        <w:spacing w:line="560" w:lineRule="exact"/>
        <w:ind w:firstLine="640"/>
        <w:jc w:val="both"/>
      </w:pPr>
      <w:r>
        <w:rPr>
          <w:rFonts w:ascii="仿宋_GB2312" w:hAnsi="仿宋_GB2312" w:eastAsia="仿宋_GB2312"/>
          <w:b w:val="0"/>
          <w:sz w:val="32"/>
        </w:rPr>
        <w:t>https://news.google.com/rss/articles/CBMixAJBVV95cUxPM085QkxJYUtiSTFkOHZuN1JtamNFTkU2YTkzNGlBTlBtbEl3b0xHZi01NTkwSXptVGJMdWJlMl8wY19YbmxqdHh4MjZwUW9tQ0s0NC1vTG9oS29heVBOQ1lfcDdrbGtTVktsSDVaMV9sR1RNcDFibnNWdTM2ZHhoN3lkdktqZ3pYd01wWmwwczhQSzJxRVFnaldjV3NHN3BLaWI2bWNmMmtnVHVsOGNIWUVsY0hSdXF5a0lBbzluR2xSMEMwaTFRUFN1b0N3bnNFenllQXR2SThwM0RKa25Rajdvd3ZHSDJjRkxORkM1QnNmQ2JhMThTS0gtUE00SHZZVDZPaU82ckcxM0Q0ODFGMWdHUXF4NXB3OXJGNjljUlNhNnBqUEREVXBWYXpPc1NTX25UVUw0ajNHVUQzUFg1X05OczE?oc=5</w:t>
      </w:r>
    </w:p>
    <w:p>
      <w:pPr>
        <w:spacing w:line="560" w:lineRule="exact"/>
        <w:ind w:firstLine="640"/>
        <w:jc w:val="both"/>
      </w:pPr>
      <w:r>
        <w:rPr>
          <w:rFonts w:ascii="仿宋_GB2312" w:hAnsi="仿宋_GB2312" w:eastAsia="仿宋_GB2312"/>
          <w:b w:val="0"/>
          <w:sz w:val="32"/>
        </w:rPr>
        <w:t>61. 實時更新｜宏福苑聽證會Day30 由獨委會作總結陳詞（来源：法庭線The Witness，2026年07月17日）</w:t>
      </w:r>
    </w:p>
    <w:p>
      <w:pPr>
        <w:spacing w:line="560" w:lineRule="exact"/>
        <w:ind w:firstLine="640"/>
        <w:jc w:val="both"/>
      </w:pPr>
      <w:r>
        <w:rPr>
          <w:rFonts w:ascii="仿宋_GB2312" w:hAnsi="仿宋_GB2312" w:eastAsia="仿宋_GB2312"/>
          <w:b w:val="0"/>
          <w:sz w:val="32"/>
        </w:rPr>
        <w:t>https://news.google.com/rss/articles/CBMirAJBVV95cUxNM1FCazdyOFc3ZDdWUmtDZXAwUEFLVEJXUi1ZU2J0ME1VeEZmOTV6QWRvQkx5cGxmTXFMLXUyc0dLel92SlFfMWdmOGhkOG4wdDM3YVhHYXQ0MzlJSkthWVpLeVZTVDNvSTZHbGRZcWJmaWFvX2RucmZaNDhUaFZEUDB3anREQmt5V0ZIS3NzdWUwQVlwb1BYdEwzcnh4ZmVTNTlqbEQzM0hTN2gzenpRenpPY1gtZmFKaTBIc1M5OVZBTDhRd0lGSTNFM0ZRRWJoYnpGZ1kyNzN1ZVRfd2pabVVsSlBQRnljN1BIcUw4b2FMLVFnWHltZzZHV0RrQV9RblpCSVVURHBaQ0hxVFF2enpZUmh5SWp6Q3g3dVdwSURUZlJOOUJQSm5PZWU?oc=5</w:t>
      </w:r>
    </w:p>
    <w:p>
      <w:pPr>
        <w:spacing w:line="560" w:lineRule="exact"/>
        <w:ind w:firstLine="640"/>
        <w:jc w:val="both"/>
      </w:pPr>
      <w:r>
        <w:rPr>
          <w:rFonts w:ascii="仿宋_GB2312" w:hAnsi="仿宋_GB2312" w:eastAsia="仿宋_GB2312"/>
          <w:b w:val="0"/>
          <w:sz w:val="32"/>
        </w:rPr>
        <w:t>62. 【宏福苑五級火】藍白易燃帆布管不管？陸啟康驚覺府上亦有「原來好危險」（来源：獨立媒體，2026年07月16日）</w:t>
      </w:r>
    </w:p>
    <w:p>
      <w:pPr>
        <w:spacing w:line="560" w:lineRule="exact"/>
        <w:ind w:firstLine="640"/>
        <w:jc w:val="both"/>
      </w:pPr>
      <w:r>
        <w:rPr>
          <w:rFonts w:ascii="仿宋_GB2312" w:hAnsi="仿宋_GB2312" w:eastAsia="仿宋_GB2312"/>
          <w:b w:val="0"/>
          <w:sz w:val="32"/>
        </w:rPr>
        <w:t>https://news.google.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?oc=5</w:t>
      </w:r>
    </w:p>
    <w:p>
      <w:pPr>
        <w:spacing w:line="560" w:lineRule="exact"/>
        <w:ind w:firstLine="640"/>
        <w:jc w:val="both"/>
      </w:pPr>
      <w:r>
        <w:rPr>
          <w:rFonts w:ascii="仿宋_GB2312" w:hAnsi="仿宋_GB2312" w:eastAsia="仿宋_GB2312"/>
          <w:b w:val="0"/>
          <w:sz w:val="32"/>
        </w:rPr>
        <w:t>63. 【宏福苑五級火】政府提五「系統性弱點」 承認抽樣難發現串通隱瞞| 獨媒報導（来源：獨立媒體，2026年07月16日）</w:t>
      </w:r>
    </w:p>
    <w:p>
      <w:pPr>
        <w:spacing w:line="560" w:lineRule="exact"/>
        <w:ind w:firstLine="640"/>
        <w:jc w:val="both"/>
      </w:pPr>
      <w:r>
        <w:rPr>
          <w:rFonts w:ascii="仿宋_GB2312" w:hAnsi="仿宋_GB2312" w:eastAsia="仿宋_GB2312"/>
          <w:b w:val="0"/>
          <w:sz w:val="32"/>
        </w:rPr>
        <w:t>https://news.google.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?oc=5</w:t>
      </w:r>
    </w:p>
    <w:p>
      <w:pPr>
        <w:spacing w:line="560" w:lineRule="exact"/>
        <w:ind w:firstLine="640"/>
        <w:jc w:val="both"/>
      </w:pPr>
      <w:r>
        <w:rPr>
          <w:rFonts w:ascii="仿宋_GB2312" w:hAnsi="仿宋_GB2312" w:eastAsia="仿宋_GB2312"/>
          <w:b w:val="0"/>
          <w:sz w:val="32"/>
        </w:rPr>
        <w:t>64. 【宏福苑五級火】警方接線生「耍走」求助婆婆終命喪屋內政府稱個別行為不代表系統失敗| 獨媒報導（来源：獨立媒體，2026年07月16日）</w:t>
      </w:r>
    </w:p>
    <w:p>
      <w:pPr>
        <w:spacing w:line="560" w:lineRule="exact"/>
        <w:ind w:firstLine="640"/>
        <w:jc w:val="both"/>
      </w:pPr>
      <w:r>
        <w:rPr>
          <w:rFonts w:ascii="仿宋_GB2312" w:hAnsi="仿宋_GB2312" w:eastAsia="仿宋_GB2312"/>
          <w:b w:val="0"/>
          <w:sz w:val="32"/>
        </w:rPr>
        <w:t>https://news.google.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?oc=5</w:t>
      </w:r>
    </w:p>
    <w:p>
      <w:pPr>
        <w:spacing w:line="560" w:lineRule="exact"/>
        <w:ind w:firstLine="640"/>
        <w:jc w:val="both"/>
      </w:pPr>
      <w:r>
        <w:rPr>
          <w:rFonts w:ascii="仿宋_GB2312" w:hAnsi="仿宋_GB2312" w:eastAsia="仿宋_GB2312"/>
          <w:b w:val="0"/>
          <w:sz w:val="32"/>
        </w:rPr>
        <w:t>65. 【宏福苑五級火】居民點名多個部門失責指「多重監管失靈」釀禍| 獨媒報導（来源：獨立媒體，2026年07月16日）</w:t>
      </w:r>
    </w:p>
    <w:p>
      <w:pPr>
        <w:spacing w:line="560" w:lineRule="exact"/>
        <w:ind w:firstLine="640"/>
        <w:jc w:val="both"/>
      </w:pPr>
      <w:r>
        <w:rPr>
          <w:rFonts w:ascii="仿宋_GB2312" w:hAnsi="仿宋_GB2312" w:eastAsia="仿宋_GB2312"/>
          <w:b w:val="0"/>
          <w:sz w:val="32"/>
        </w:rPr>
        <w:t>https://news.google.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?oc=5</w:t>
      </w:r>
    </w:p>
    <w:p>
      <w:pPr>
        <w:spacing w:line="560" w:lineRule="exact"/>
        <w:ind w:firstLine="640"/>
        <w:jc w:val="both"/>
      </w:pPr>
      <w:r>
        <w:rPr>
          <w:rFonts w:ascii="仿宋_GB2312" w:hAnsi="仿宋_GB2312" w:eastAsia="仿宋_GB2312"/>
          <w:b w:val="0"/>
          <w:sz w:val="32"/>
        </w:rPr>
        <w:t>66. 【宏福苑五級火】政府澄清非大火始作俑者 承建商及專業人士須負「首要責任」（来源：獨立媒體，2026年07月16日）</w:t>
      </w:r>
    </w:p>
    <w:p>
      <w:pPr>
        <w:spacing w:line="560" w:lineRule="exact"/>
        <w:ind w:firstLine="640"/>
        <w:jc w:val="both"/>
      </w:pPr>
      <w:r>
        <w:rPr>
          <w:rFonts w:ascii="仿宋_GB2312" w:hAnsi="仿宋_GB2312" w:eastAsia="仿宋_GB2312"/>
          <w:b w:val="0"/>
          <w:sz w:val="32"/>
        </w:rPr>
        <w:t>https://news.google.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?oc=5</w:t>
      </w:r>
    </w:p>
    <w:p>
      <w:pPr>
        <w:spacing w:line="560" w:lineRule="exact"/>
        <w:ind w:firstLine="640"/>
        <w:jc w:val="both"/>
      </w:pPr>
      <w:r>
        <w:rPr>
          <w:rFonts w:ascii="仿宋_GB2312" w:hAnsi="仿宋_GB2312" w:eastAsia="仿宋_GB2312"/>
          <w:b w:val="0"/>
          <w:sz w:val="32"/>
        </w:rPr>
        <w:t>67. 宏福苑聽證．第 28 日｜總結陳詞 置邦物業指水缸放水、關消防總掣 中華發展無影（来源：集誌社，2026年07月15日）</w:t>
      </w:r>
    </w:p>
    <w:p>
      <w:pPr>
        <w:spacing w:line="560" w:lineRule="exact"/>
        <w:ind w:firstLine="640"/>
        <w:jc w:val="both"/>
      </w:pPr>
      <w:r>
        <w:rPr>
          <w:rFonts w:ascii="仿宋_GB2312" w:hAnsi="仿宋_GB2312" w:eastAsia="仿宋_GB2312"/>
          <w:b w:val="0"/>
          <w:sz w:val="32"/>
        </w:rPr>
        <w:t>https://news.google.com/rss/articles/CBMixAJBVV95cUxOLXo3WEtXV3pxNDR1OTYzT0s2bWQ0M041b3gzVC1weWpOdWhHYlZoX1laeHY2dEFvckZVM1hKb0lGaEdBVEh4WGp4VlhsYUg5T3Fjb3lncnZ4a1FITVpQMUZ2SHhlOFotOEZEa3kxSWFuNk5ZakxUY28xRnZfajJYY29HX3NocU9Fb09mbFdXZEduY1djSHFWbGUybU9nbDJCRzR5bjRKMXJENnRLTGFZcFJZMUlaS0JOSzRoMGdPWnl2TlNjOW03U19RMDJnVVJWSkJ2aWEtTEJaZlpaZ2ZCdUFzUkV6LUl1aVFvMG9zWU1ER3MyNVVlSjcyQTJWVEJMTWRvZnpKUldvbmVLZFpHSzVtNFBsOTNaMml1QXIyNTdTN2dha0N1aGs2WE9lQVczUkNtTDRYRkZ4MzdfdGJKbWszcG0?oc=5</w:t>
      </w:r>
    </w:p>
    <w:p>
      <w:pPr>
        <w:spacing w:line="560" w:lineRule="exact"/>
        <w:ind w:firstLine="640"/>
        <w:jc w:val="both"/>
      </w:pPr>
      <w:r>
        <w:rPr>
          <w:rFonts w:ascii="仿宋_GB2312" w:hAnsi="仿宋_GB2312" w:eastAsia="仿宋_GB2312"/>
          <w:b w:val="0"/>
          <w:sz w:val="32"/>
        </w:rPr>
        <w:t>68. 宏福苑聽證．總結陳詞｜市建局：不完全同意社會指市建局矮化自身職能（来源：集誌社，2026年07月15日）</w:t>
      </w:r>
    </w:p>
    <w:p>
      <w:pPr>
        <w:spacing w:line="560" w:lineRule="exact"/>
        <w:ind w:firstLine="640"/>
        <w:jc w:val="both"/>
      </w:pPr>
      <w:r>
        <w:rPr>
          <w:rFonts w:ascii="仿宋_GB2312" w:hAnsi="仿宋_GB2312" w:eastAsia="仿宋_GB2312"/>
          <w:b w:val="0"/>
          <w:sz w:val="32"/>
        </w:rPr>
        <w:t>https://news.google.com/rss/articles/CBMiywJBVV95cUxPU2wwM2d1aUQxR0FGN2xtc2w1VXRhV2xBUzFXaFd0dUM0aG8yZEMxQ3FydzA5TVF5ZW9CejRPeDhvaFJETUFCQmhReTZQOTgyTkQwWjd6M2VfVFhZZ2hGZDhZNXZYX1hnZkV3NWU4Q1ZlMjZ4LVRmV2FWN2NxMFdZRXhXN2std0ZMVDJQd0RGM0ZoclJSMVlPWkpfc1E1NFBwcWwtSTdHSXpBck9hSUh6WE1EbWVKOHkzcjZSUFFjbXdxa3IxYkV3Sy1NQjlOUzdxOEdXdkZBM1daYnRFZXhsWXdWSGhScG5QUHA4V0FhcHBvdktkRHE3SDRfQWt1M1ZnbUVzUC1hdDRvaUpRbnFSN2RzOXNFVFFRak5QNFd5ZnVKTTNNVWYtYmtjRXdfNEc3SE90bFN4eUxuX3YtWlZ3bWtPQlc2V0tPNWpN?oc=5</w:t>
      </w:r>
    </w:p>
    <w:p>
      <w:pPr>
        <w:spacing w:line="560" w:lineRule="exact"/>
        <w:ind w:firstLine="640"/>
        <w:jc w:val="both"/>
      </w:pPr>
      <w:r>
        <w:rPr>
          <w:rFonts w:ascii="仿宋_GB2312" w:hAnsi="仿宋_GB2312" w:eastAsia="仿宋_GB2312"/>
          <w:b w:val="0"/>
          <w:sz w:val="32"/>
        </w:rPr>
        <w:t>69. 宏福苑聽證．總結陳詞｜法團管委會：義務委員難管承建商、授權票 指政府應早介入（来源：集誌社，2026年07月15日）</w:t>
      </w:r>
    </w:p>
    <w:p>
      <w:pPr>
        <w:spacing w:line="560" w:lineRule="exact"/>
        <w:ind w:firstLine="640"/>
        <w:jc w:val="both"/>
      </w:pPr>
      <w:r>
        <w:rPr>
          <w:rFonts w:ascii="仿宋_GB2312" w:hAnsi="仿宋_GB2312" w:eastAsia="仿宋_GB2312"/>
          <w:b w:val="0"/>
          <w:sz w:val="32"/>
        </w:rPr>
        <w:t>https://news.google.com/rss/articles/CBMiywJBVV95cUxPeDZHc2lFVlpENUtjbi00czhNRUh6ekhHcHhyWHRhTmdISWtXcC1vOGdaWkp6eVZCdGRjSVFjeWNENXJabEw3a2hrcm9fWU9UWHpVUXRaQkViMXZ1Mk81TDlwQm10dG5CMmVEVWJFbFFHU0hDYjZSUkthSjl3LUxadUJNTl80b1VlZW5QQWM1VWVNaUtBeXpFckNvTDJIN1NyV0djNjMxMmtwMnh4X3J1aHhMN3ZNc2p5eWQ3VzZtWEFyUDVITnFXWXB4N3h1QU5PeTkxLTkwYnlVM0F6V0lqSW9MRXZuczZsaTZrdjRkMmEyekVlRUp1QS1WSDFWOHkwRjhiaFNXWGJvNTIxUmdwMGtybE5fcnZGci1rN19TbjJKYVJIeS1YdUVTOXgwakxITlRObkxkQ1NhMmNQbXIzbVA2MXFYZm1mOVJr?oc=5</w:t>
      </w:r>
    </w:p>
    <w:p>
      <w:pPr>
        <w:spacing w:line="560" w:lineRule="exact"/>
        <w:ind w:firstLine="640"/>
        <w:jc w:val="both"/>
      </w:pPr>
      <w:r>
        <w:rPr>
          <w:rFonts w:ascii="仿宋_GB2312" w:hAnsi="仿宋_GB2312" w:eastAsia="仿宋_GB2312"/>
          <w:b w:val="0"/>
          <w:sz w:val="32"/>
        </w:rPr>
        <w:t>70. 宏福苑聽證．第 29 日｜指六因素令火勢急蔓延 政府代表力數宏業、鴻毅等管理失當、虛假陳述（来源：集誌社，2026年07月16日）</w:t>
      </w:r>
    </w:p>
    <w:p>
      <w:pPr>
        <w:spacing w:line="560" w:lineRule="exact"/>
        <w:ind w:firstLine="640"/>
        <w:jc w:val="both"/>
      </w:pPr>
      <w:r>
        <w:rPr>
          <w:rFonts w:ascii="仿宋_GB2312" w:hAnsi="仿宋_GB2312" w:eastAsia="仿宋_GB2312"/>
          <w:b w:val="0"/>
          <w:sz w:val="32"/>
        </w:rPr>
        <w:t>https://news.google.com/rss/articles/CBMixAJBVV95cUxQX3g2Y0NkSDN3STM3U2w3SW5kSEtRNlRlbTg0NFlQa1Jkc1dwWGpudjJrT05JNTc0UlZDdGdvX0VaMG52VFVyUnNRNFRLX1A4SkhPQndjUFQtaTNVOF9hdWJEOHl4aGhuZktJSFdKcVpnbGNSM1dvWk9WamJwZmRBaU8yamMtNlB4SDljb2JsTl9QZGVRY3d3Yk1TNm9zMUNkV2VzS3pWUmVyQ0dhMTNQY0d6UGNaMFFTLVFocGEyd1RzdWVPc3JESUhqaER1dXhsVmZHY09iZWUyQXBLeVJWUEwxMERnOS1XM3NWWnhVRy1MRFJLaHBxNHZZQ3lHUGtwRzA4WHZxSnVzTUZKUnZhb3kyTUdqSE1UWDVUZ0NaN1I4UEtlNHpOaXRFb2NObWpUQzFXU1lkQmhaWHVual9qVlNhd3Y?oc=5</w:t>
      </w:r>
    </w:p>
    <w:p>
      <w:pPr>
        <w:spacing w:line="560" w:lineRule="exact"/>
        <w:ind w:firstLine="640"/>
        <w:jc w:val="both"/>
      </w:pPr>
      <w:r>
        <w:rPr>
          <w:rFonts w:ascii="仿宋_GB2312" w:hAnsi="仿宋_GB2312" w:eastAsia="仿宋_GB2312"/>
          <w:b w:val="0"/>
          <w:sz w:val="32"/>
        </w:rPr>
        <w:t>71. 宏福苑聽證．第 29 日｜政府指難防蓄意欺騙 災民：拎緊咁多人工，你咁樣同我講？（来源：集誌社，2026年07月16日）</w:t>
      </w:r>
    </w:p>
    <w:p>
      <w:pPr>
        <w:spacing w:line="560" w:lineRule="exact"/>
        <w:ind w:firstLine="640"/>
        <w:jc w:val="both"/>
      </w:pPr>
      <w:r>
        <w:rPr>
          <w:rFonts w:ascii="仿宋_GB2312" w:hAnsi="仿宋_GB2312" w:eastAsia="仿宋_GB2312"/>
          <w:b w:val="0"/>
          <w:sz w:val="32"/>
        </w:rPr>
        <w:t>https://news.google.com/rss/articles/CBMixAJBVV95cUxPeFNDajI1cHFkenQyQ2g2dHBlbF9hSF8yMzVScDcxUExTdy1ocmhtTFdPT284QlpBM3dWQU1pTmlQald1ZmFOWFNTSloxaGhpbXc1RmswUHFXdkFLSDBnYklqYmh3N3pVbmJkZERHU1pSeWJ6M204WWFyR0pTTi1Tdkh6SDhnUGYzbzB0a29ma1NYWTYzbEF5N0YxUUlrUTFJSGdhbW5NUmtyVjlNNnpmc1JDS0hmaE5yM1hKVmZkRXB3andqMEktOUdKWC1QVENTMFN3UVpLdGgzYnViTlZrUFpQRVc4eFYzZ05NRndGZW42VFVlbXhjUTdheTVBY3Z0SW5RVEJrTTl3eFZMTnFkRV9qN2JkMTVsN2d6UDJnZjUyS0xnWkhCS3pwV2NxOHBEWHc5dGNFeDAxOS1LLWNEV0w1UzI?oc=5</w:t>
      </w:r>
    </w:p>
    <w:p>
      <w:pPr>
        <w:spacing w:line="560" w:lineRule="exact"/>
        <w:ind w:firstLine="640"/>
        <w:jc w:val="both"/>
      </w:pPr>
      <w:r>
        <w:rPr>
          <w:rFonts w:ascii="仿宋_GB2312" w:hAnsi="仿宋_GB2312" w:eastAsia="仿宋_GB2312"/>
          <w:b w:val="0"/>
          <w:sz w:val="32"/>
        </w:rPr>
        <w:t>72. 宏福苑聽證會7.15重點｜各方總結陳辭 消防商：有警鐘仍難逃生（来源：香港01，2026年07月15日）</w:t>
      </w:r>
    </w:p>
    <w:p>
      <w:pPr>
        <w:spacing w:line="560" w:lineRule="exact"/>
        <w:ind w:firstLine="640"/>
        <w:jc w:val="both"/>
      </w:pPr>
      <w:r>
        <w:rPr>
          <w:rFonts w:ascii="仿宋_GB2312" w:hAnsi="仿宋_GB2312" w:eastAsia="仿宋_GB2312"/>
          <w:b w:val="0"/>
          <w:sz w:val="32"/>
        </w:rPr>
        <w:t>https://news.google.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?oc=5</w:t>
      </w:r>
    </w:p>
    <w:p>
      <w:pPr>
        <w:spacing w:line="560" w:lineRule="exact"/>
        <w:ind w:firstLine="640"/>
        <w:jc w:val="both"/>
      </w:pPr>
      <w:r>
        <w:rPr>
          <w:rFonts w:ascii="仿宋_GB2312" w:hAnsi="仿宋_GB2312" w:eastAsia="仿宋_GB2312"/>
          <w:b w:val="0"/>
          <w:sz w:val="32"/>
        </w:rPr>
        <w:t>73. 宏福苑聽證會｜政府七方面改系統性弱點 改革ICU取消預約巡查制（来源：香港01，2026年07月16日）</w:t>
      </w:r>
    </w:p>
    <w:p>
      <w:pPr>
        <w:spacing w:line="560" w:lineRule="exact"/>
        <w:ind w:firstLine="640"/>
        <w:jc w:val="both"/>
      </w:pPr>
      <w:r>
        <w:rPr>
          <w:rFonts w:ascii="仿宋_GB2312" w:hAnsi="仿宋_GB2312" w:eastAsia="仿宋_GB2312"/>
          <w:b w:val="0"/>
          <w:sz w:val="32"/>
        </w:rPr>
        <w:t>https://news.google.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?oc=5</w:t>
      </w:r>
    </w:p>
    <w:p>
      <w:pPr>
        <w:spacing w:line="560" w:lineRule="exact"/>
        <w:ind w:firstLine="640"/>
        <w:jc w:val="both"/>
      </w:pPr>
      <w:r>
        <w:rPr>
          <w:rFonts w:ascii="仿宋_GB2312" w:hAnsi="仿宋_GB2312" w:eastAsia="仿宋_GB2312"/>
          <w:b w:val="0"/>
          <w:sz w:val="32"/>
        </w:rPr>
        <w:t>74. 宏福苑聽證會｜居民斥政府卸責：設計條例卻不查文件 僅說被騙（来源：香港01，2026年07月16日）</w:t>
      </w:r>
    </w:p>
    <w:p>
      <w:pPr>
        <w:spacing w:line="560" w:lineRule="exact"/>
        <w:ind w:firstLine="640"/>
        <w:jc w:val="both"/>
      </w:pPr>
      <w:r>
        <w:rPr>
          <w:rFonts w:ascii="仿宋_GB2312" w:hAnsi="仿宋_GB2312" w:eastAsia="仿宋_GB2312"/>
          <w:b w:val="0"/>
          <w:sz w:val="32"/>
        </w:rPr>
        <w:t>https://news.google.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?oc=5</w:t>
      </w:r>
    </w:p>
    <w:p>
      <w:pPr>
        <w:spacing w:line="560" w:lineRule="exact"/>
        <w:ind w:firstLine="640"/>
        <w:jc w:val="both"/>
      </w:pPr>
      <w:r>
        <w:rPr>
          <w:rFonts w:ascii="仿宋_GB2312" w:hAnsi="仿宋_GB2312" w:eastAsia="仿宋_GB2312"/>
          <w:b w:val="0"/>
          <w:sz w:val="32"/>
        </w:rPr>
        <w:t>75. 宏福苑聽證會｜居民代表總結：悲痛無法想像 部份證人只推卸責任（来源：香港01，2026年07月16日）</w:t>
      </w:r>
    </w:p>
    <w:p>
      <w:pPr>
        <w:spacing w:line="560" w:lineRule="exact"/>
        <w:ind w:firstLine="640"/>
        <w:jc w:val="both"/>
      </w:pPr>
      <w:r>
        <w:rPr>
          <w:rFonts w:ascii="仿宋_GB2312" w:hAnsi="仿宋_GB2312" w:eastAsia="仿宋_GB2312"/>
          <w:b w:val="0"/>
          <w:sz w:val="32"/>
        </w:rPr>
        <w:t>https://news.google.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?oc=5</w:t>
      </w:r>
    </w:p>
    <w:p>
      <w:pPr>
        <w:spacing w:line="560" w:lineRule="exact"/>
        <w:ind w:firstLine="640"/>
        <w:jc w:val="both"/>
      </w:pPr>
      <w:r>
        <w:rPr>
          <w:rFonts w:ascii="仿宋_GB2312" w:hAnsi="仿宋_GB2312" w:eastAsia="仿宋_GB2312"/>
          <w:b w:val="0"/>
          <w:sz w:val="32"/>
        </w:rPr>
        <w:t>76. 宏福苑聽證會7.16重點｜政府總結：主責在承建商不斷欺騙政府部門（来源：香港01，2026年07月16日）</w:t>
      </w:r>
    </w:p>
    <w:p>
      <w:pPr>
        <w:spacing w:line="560" w:lineRule="exact"/>
        <w:ind w:firstLine="640"/>
        <w:jc w:val="both"/>
      </w:pPr>
      <w:r>
        <w:rPr>
          <w:rFonts w:ascii="仿宋_GB2312" w:hAnsi="仿宋_GB2312" w:eastAsia="仿宋_GB2312"/>
          <w:b w:val="0"/>
          <w:sz w:val="32"/>
        </w:rPr>
        <w:t>https://news.google.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?oc=5</w:t>
      </w:r>
    </w:p>
    <w:p>
      <w:pPr>
        <w:spacing w:line="560" w:lineRule="exact"/>
        <w:ind w:firstLine="640"/>
        <w:jc w:val="both"/>
      </w:pPr>
      <w:r>
        <w:rPr>
          <w:rFonts w:ascii="仿宋_GB2312" w:hAnsi="仿宋_GB2312" w:eastAsia="仿宋_GB2312"/>
          <w:b w:val="0"/>
          <w:sz w:val="32"/>
        </w:rPr>
        <w:t>77. 宏福苑聽證會｜政府代表批委員會無釐清責任分野 不應事事靠政府（来源：香港01，2026年07月16日）</w:t>
      </w:r>
    </w:p>
    <w:p>
      <w:pPr>
        <w:spacing w:line="560" w:lineRule="exact"/>
        <w:ind w:firstLine="640"/>
        <w:jc w:val="both"/>
      </w:pPr>
      <w:r>
        <w:rPr>
          <w:rFonts w:ascii="仿宋_GB2312" w:hAnsi="仿宋_GB2312" w:eastAsia="仿宋_GB2312"/>
          <w:b w:val="0"/>
          <w:sz w:val="32"/>
        </w:rPr>
        <w:t>https://news.google.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?oc=5</w:t>
      </w:r>
    </w:p>
    <w:p>
      <w:pPr>
        <w:spacing w:line="560" w:lineRule="exact"/>
        <w:ind w:firstLine="640"/>
        <w:jc w:val="both"/>
      </w:pPr>
      <w:r>
        <w:rPr>
          <w:rFonts w:ascii="仿宋_GB2312" w:hAnsi="仿宋_GB2312" w:eastAsia="仿宋_GB2312"/>
          <w:b w:val="0"/>
          <w:sz w:val="32"/>
        </w:rPr>
        <w:t>78. 宏福苑聽證會｜政府總結六因素 責任全在承辦商 部門分工非卸責（来源：香港01，2026年07月16日）</w:t>
      </w:r>
    </w:p>
    <w:p>
      <w:pPr>
        <w:spacing w:line="560" w:lineRule="exact"/>
        <w:ind w:firstLine="640"/>
        <w:jc w:val="both"/>
      </w:pPr>
      <w:r>
        <w:rPr>
          <w:rFonts w:ascii="仿宋_GB2312" w:hAnsi="仿宋_GB2312" w:eastAsia="仿宋_GB2312"/>
          <w:b w:val="0"/>
          <w:sz w:val="32"/>
        </w:rPr>
        <w:t>https://news.google.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?oc=5</w:t>
      </w:r>
    </w:p>
    <w:p>
      <w:pPr>
        <w:spacing w:line="560" w:lineRule="exact"/>
        <w:ind w:firstLine="640"/>
        <w:jc w:val="both"/>
      </w:pPr>
      <w:r>
        <w:rPr>
          <w:rFonts w:ascii="仿宋_GB2312" w:hAnsi="仿宋_GB2312" w:eastAsia="仿宋_GB2312"/>
          <w:b w:val="0"/>
          <w:sz w:val="32"/>
        </w:rPr>
        <w:t>79. 宏福苑聽證會7.17更新｜報告書寫黃碧嬌梅少峰所作所為（来源：香港01，2026年07月17日）</w:t>
      </w:r>
    </w:p>
    <w:p>
      <w:pPr>
        <w:spacing w:line="560" w:lineRule="exact"/>
        <w:ind w:firstLine="640"/>
        <w:jc w:val="both"/>
      </w:pPr>
      <w:r>
        <w:rPr>
          <w:rFonts w:ascii="仿宋_GB2312" w:hAnsi="仿宋_GB2312" w:eastAsia="仿宋_GB2312"/>
          <w:b w:val="0"/>
          <w:sz w:val="32"/>
        </w:rPr>
        <w:t>https://news.google.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?oc=5</w:t>
      </w:r>
    </w:p>
    <w:p>
      <w:pPr>
        <w:spacing w:line="560" w:lineRule="exact"/>
        <w:ind w:firstLine="640"/>
        <w:jc w:val="both"/>
      </w:pPr>
      <w:r>
        <w:rPr>
          <w:rFonts w:ascii="仿宋_GB2312" w:hAnsi="仿宋_GB2312" w:eastAsia="仿宋_GB2312"/>
          <w:b w:val="0"/>
          <w:sz w:val="32"/>
        </w:rPr>
        <w:t>80. 宏福苑聽證會7.17｜委員會：承辦商欺騙得逞 因政府提供可乘之機（来源：香港01，2026年07月17日）</w:t>
      </w:r>
    </w:p>
    <w:p>
      <w:pPr>
        <w:spacing w:line="560" w:lineRule="exact"/>
        <w:ind w:firstLine="640"/>
        <w:jc w:val="both"/>
      </w:pPr>
      <w:r>
        <w:rPr>
          <w:rFonts w:ascii="仿宋_GB2312" w:hAnsi="仿宋_GB2312" w:eastAsia="仿宋_GB2312"/>
          <w:b w:val="0"/>
          <w:sz w:val="32"/>
        </w:rPr>
        <w:t>https://news.google.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?oc=5</w:t>
      </w:r>
    </w:p>
    <w:p>
      <w:pPr>
        <w:spacing w:line="560" w:lineRule="exact"/>
        <w:ind w:firstLine="640"/>
        <w:jc w:val="both"/>
      </w:pPr>
      <w:r>
        <w:rPr>
          <w:rFonts w:ascii="仿宋_GB2312" w:hAnsi="仿宋_GB2312" w:eastAsia="仿宋_GB2312"/>
          <w:b w:val="0"/>
          <w:sz w:val="32"/>
        </w:rPr>
        <w:t>81. 大埔宏福苑大火│本周三進行第六輪聽證會 聽取總結陳詞（来源：香港文匯報，2026年07月13日）</w:t>
      </w:r>
    </w:p>
    <w:p>
      <w:pPr>
        <w:spacing w:line="560" w:lineRule="exact"/>
        <w:ind w:firstLine="640"/>
        <w:jc w:val="both"/>
      </w:pPr>
      <w:r>
        <w:rPr>
          <w:rFonts w:ascii="仿宋_GB2312" w:hAnsi="仿宋_GB2312" w:eastAsia="仿宋_GB2312"/>
          <w:b w:val="0"/>
          <w:sz w:val="32"/>
        </w:rPr>
        <w:t>https://news.google.com/rss/articles/CBMid0FVX3lxTFBlY2FJRWljcTZfY0JGZFh1U25jZlpOZ19aX3ptUVVqem1hODZDQl9oaHZCUi1ZZVFteC1GVE9Ca1B4Sno3S1NxS3k1M19UOHRjMm0wZ3Q1VnVmcVIyYlR6TC13enpwVk1ZdjZWN1FMTXA1bkpEbzFj?oc=5</w:t>
      </w:r>
    </w:p>
    <w:p>
      <w:pPr>
        <w:spacing w:line="560" w:lineRule="exact"/>
        <w:ind w:firstLine="640"/>
        <w:jc w:val="both"/>
      </w:pPr>
      <w:r>
        <w:rPr>
          <w:rFonts w:ascii="仿宋_GB2312" w:hAnsi="仿宋_GB2312" w:eastAsia="仿宋_GB2312"/>
          <w:b w:val="0"/>
          <w:sz w:val="32"/>
        </w:rPr>
        <w:t>82. 宏福苑善後｜最後一輪聽證會舉行 8個涉事方提交陳詞（来源：香港文匯報，2026年07月15日）</w:t>
      </w:r>
    </w:p>
    <w:p>
      <w:pPr>
        <w:spacing w:line="560" w:lineRule="exact"/>
        <w:ind w:firstLine="640"/>
        <w:jc w:val="both"/>
      </w:pPr>
      <w:r>
        <w:rPr>
          <w:rFonts w:ascii="仿宋_GB2312" w:hAnsi="仿宋_GB2312" w:eastAsia="仿宋_GB2312"/>
          <w:b w:val="0"/>
          <w:sz w:val="32"/>
        </w:rPr>
        <w:t>https://news.google.com/rss/articles/CBMid0FVX3lxTFB3ZThoOEtLOXh1Yjk0MTR5ZUoxcGNrOGFGNFZrUkxBeHl3dHhQLTJxV3E3SEYzZVJzZ0lTTW9oY09VMUstRlFRbTRWdm90QTZvOVNyck1LYkpWT2g3SnZBRVhZWFlLZGZodmdGNTV3NzdKZk9Sb2g4?oc=5</w:t>
      </w:r>
    </w:p>
    <w:p>
      <w:pPr>
        <w:spacing w:line="560" w:lineRule="exact"/>
        <w:ind w:firstLine="640"/>
        <w:jc w:val="both"/>
      </w:pPr>
      <w:r>
        <w:rPr>
          <w:rFonts w:ascii="仿宋_GB2312" w:hAnsi="仿宋_GB2312" w:eastAsia="仿宋_GB2312"/>
          <w:b w:val="0"/>
          <w:sz w:val="32"/>
        </w:rPr>
        <w:t>83. 宏福苑聽證會陳詞 政府律師：承建商負首責（来源：香港文匯報，2026年07月16日）</w:t>
      </w:r>
    </w:p>
    <w:p>
      <w:pPr>
        <w:spacing w:line="560" w:lineRule="exact"/>
        <w:ind w:firstLine="640"/>
        <w:jc w:val="both"/>
      </w:pPr>
      <w:r>
        <w:rPr>
          <w:rFonts w:ascii="仿宋_GB2312" w:hAnsi="仿宋_GB2312" w:eastAsia="仿宋_GB2312"/>
          <w:b w:val="0"/>
          <w:sz w:val="32"/>
        </w:rPr>
        <w:t>https://news.google.com/rss/articles/CBMid0FVX3lxTE9yalZ5d25sbm1lNFVhNzhLaU84d0pwMXJ4WGNZcGhYeWwzWHZDaTJpeW5TNXZxZE1aRjRiemFzTkJlaHdtV0NDTm1YZG5VcXRVYnpsRE5KSGRwUVVGSFBsc3U0MlpHU3IwMnRic2IwT242MUloOHJn?oc=5</w:t>
      </w:r>
    </w:p>
    <w:p>
      <w:pPr>
        <w:spacing w:line="560" w:lineRule="exact"/>
        <w:ind w:firstLine="640"/>
        <w:jc w:val="both"/>
      </w:pPr>
      <w:r>
        <w:rPr>
          <w:rFonts w:ascii="仿宋_GB2312" w:hAnsi="仿宋_GB2312" w:eastAsia="仿宋_GB2312"/>
          <w:b w:val="0"/>
          <w:sz w:val="32"/>
        </w:rPr>
        <w:t>84. 宏福苑聽證會｜政府代表：起火成因主責在於承建商 發言人未回應有否顧及政治責任及公眾期望（来源：香港經濟日報HKET，2026年07月16日）</w:t>
      </w:r>
    </w:p>
    <w:p>
      <w:pPr>
        <w:spacing w:line="560" w:lineRule="exact"/>
        <w:ind w:firstLine="640"/>
        <w:jc w:val="both"/>
      </w:pPr>
      <w:r>
        <w:rPr>
          <w:rFonts w:ascii="仿宋_GB2312" w:hAnsi="仿宋_GB2312" w:eastAsia="仿宋_GB2312"/>
          <w:b w:val="0"/>
          <w:sz w:val="32"/>
        </w:rPr>
        <w:t>https://news.google.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?oc=5</w:t>
      </w:r>
    </w:p>
    <w:p>
      <w:pPr>
        <w:spacing w:line="560" w:lineRule="exact"/>
        <w:ind w:firstLine="640"/>
        <w:jc w:val="both"/>
      </w:pPr>
      <w:r>
        <w:rPr>
          <w:rFonts w:ascii="仿宋_GB2312" w:hAnsi="仿宋_GB2312" w:eastAsia="仿宋_GB2312"/>
          <w:b w:val="0"/>
          <w:sz w:val="32"/>
        </w:rPr>
        <w:t>85. 宏福苑聽證會｜居民：「預咗佢一路卸膊」 不認同政府將自身描繪為受害者（来源：香港經濟日報HKET，2026年07月16日）</w:t>
      </w:r>
    </w:p>
    <w:p>
      <w:pPr>
        <w:spacing w:line="560" w:lineRule="exact"/>
        <w:ind w:firstLine="640"/>
        <w:jc w:val="both"/>
      </w:pPr>
      <w:r>
        <w:rPr>
          <w:rFonts w:ascii="仿宋_GB2312" w:hAnsi="仿宋_GB2312" w:eastAsia="仿宋_GB2312"/>
          <w:b w:val="0"/>
          <w:sz w:val="32"/>
        </w:rPr>
        <w:t>https://news.google.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?oc=5</w:t>
      </w:r>
    </w:p>
    <w:p>
      <w:pPr>
        <w:spacing w:line="560" w:lineRule="exact"/>
        <w:ind w:firstLine="640"/>
        <w:jc w:val="both"/>
      </w:pPr>
      <w:r>
        <w:rPr>
          <w:rFonts w:ascii="仿宋_GB2312" w:hAnsi="仿宋_GB2312" w:eastAsia="仿宋_GB2312"/>
          <w:b w:val="0"/>
          <w:sz w:val="32"/>
        </w:rPr>
        <w:t>86. 宏福苑聽證會｜最後一輪第2日聽證會召開 9名居民及政府將總結陳詞（来源：香港經濟日報HKET，2026年07月16日）</w:t>
      </w:r>
    </w:p>
    <w:p>
      <w:pPr>
        <w:spacing w:line="560" w:lineRule="exact"/>
        <w:ind w:firstLine="640"/>
        <w:jc w:val="both"/>
      </w:pPr>
      <w:r>
        <w:rPr>
          <w:rFonts w:ascii="仿宋_GB2312" w:hAnsi="仿宋_GB2312" w:eastAsia="仿宋_GB2312"/>
          <w:b w:val="0"/>
          <w:sz w:val="32"/>
        </w:rPr>
        <w:t>https://news.google.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?oc=5</w:t>
      </w:r>
    </w:p>
    <w:p>
      <w:pPr>
        <w:spacing w:line="560" w:lineRule="exact"/>
        <w:ind w:firstLine="640"/>
        <w:jc w:val="both"/>
      </w:pPr>
      <w:r>
        <w:rPr>
          <w:rFonts w:ascii="仿宋_GB2312" w:hAnsi="仿宋_GB2312" w:eastAsia="仿宋_GB2312"/>
          <w:b w:val="0"/>
          <w:sz w:val="32"/>
        </w:rPr>
        <w:t>87. 宏福苑聽證會｜最後一場聽證會今舉行 代表委員會總結陳詞（来源：香港經濟日報HKET，2026年07月17日）</w:t>
      </w:r>
    </w:p>
    <w:p>
      <w:pPr>
        <w:spacing w:line="560" w:lineRule="exact"/>
        <w:ind w:firstLine="640"/>
        <w:jc w:val="both"/>
      </w:pPr>
      <w:r>
        <w:rPr>
          <w:rFonts w:ascii="仿宋_GB2312" w:hAnsi="仿宋_GB2312" w:eastAsia="仿宋_GB2312"/>
          <w:b w:val="0"/>
          <w:sz w:val="32"/>
        </w:rPr>
        <w:t>https://news.google.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?oc=5</w:t>
      </w:r>
    </w:p>
    <w:p>
      <w:pPr>
        <w:spacing w:line="560" w:lineRule="exact"/>
        <w:ind w:firstLine="640"/>
        <w:jc w:val="both"/>
      </w:pPr>
      <w:r>
        <w:rPr>
          <w:rFonts w:ascii="仿宋_GB2312" w:hAnsi="仿宋_GB2312" w:eastAsia="仿宋_GB2312"/>
          <w:b w:val="0"/>
          <w:sz w:val="32"/>
        </w:rPr>
        <w:t>88. 宏福苑調查｜最後一輪聽證會周三起舉行結束後撰寫報告- 港聞（来源：點新聞，2026年07月13日）</w:t>
      </w:r>
    </w:p>
    <w:p>
      <w:pPr>
        <w:spacing w:line="560" w:lineRule="exact"/>
        <w:ind w:firstLine="640"/>
        <w:jc w:val="both"/>
      </w:pPr>
      <w:r>
        <w:rPr>
          <w:rFonts w:ascii="仿宋_GB2312" w:hAnsi="仿宋_GB2312" w:eastAsia="仿宋_GB2312"/>
          <w:b w:val="0"/>
          <w:sz w:val="32"/>
        </w:rPr>
        <w:t>https://news.google.com/rss/articles/CBMiekFVX3lxTE9pNFRMSkk0WGFMYkM4Nld1RUJjRDIyOWJMeFdQZGhKdmN6NmdhSmVINXZuUWF4QnZhbzhILUYyYVVjTE1wWGZsbmQ2dmtBLTViblRDUmI3THRIakxjai1GY3pEWkVhSjJINHhjM3UwclBURWczazcyYWN3?oc=5</w:t>
      </w:r>
    </w:p>
    <w:p>
      <w:pPr>
        <w:spacing w:line="560" w:lineRule="exact"/>
        <w:ind w:firstLine="640"/>
        <w:jc w:val="both"/>
      </w:pPr>
      <w:r>
        <w:rPr>
          <w:rFonts w:ascii="仿宋_GB2312" w:hAnsi="仿宋_GB2312" w:eastAsia="仿宋_GB2312"/>
          <w:b w:val="0"/>
          <w:sz w:val="32"/>
        </w:rPr>
        <w:t>89. （多圖）宏福苑調查｜第六輪3場聽證會今起舉行聽取總結陳詞- 港聞（来源：點新聞，2026年07月15日）</w:t>
      </w:r>
    </w:p>
    <w:p>
      <w:pPr>
        <w:spacing w:line="560" w:lineRule="exact"/>
        <w:ind w:firstLine="640"/>
        <w:jc w:val="both"/>
      </w:pPr>
      <w:r>
        <w:rPr>
          <w:rFonts w:ascii="仿宋_GB2312" w:hAnsi="仿宋_GB2312" w:eastAsia="仿宋_GB2312"/>
          <w:b w:val="0"/>
          <w:sz w:val="32"/>
        </w:rPr>
        <w:t>https://news.google.com/rss/articles/CBMiekFVX3lxTFBLc1pUV1E0Y0JpT2FkRWQtQ0JNamJ6Z0ZBQXltOS1laU1sb0Nlb19EQmZvcFJvTGNmZWpzdkdHNzVzbVZsZ0I3RUdTQkg0UWF6TldYeGRMekZoYnJNbDlVcWU1MXktanViTFk2NGxBU0NlYjJvd2thV1lB?oc=5</w:t>
      </w:r>
    </w:p>
    <w:p>
      <w:pPr>
        <w:spacing w:line="560" w:lineRule="exact"/>
        <w:ind w:firstLine="640"/>
        <w:jc w:val="both"/>
      </w:pPr>
      <w:r>
        <w:rPr>
          <w:rFonts w:ascii="仿宋_GB2312" w:hAnsi="仿宋_GB2312" w:eastAsia="仿宋_GB2312"/>
          <w:b w:val="0"/>
          <w:sz w:val="32"/>
        </w:rPr>
        <w:t>90. 宏福苑調查｜現行制度存五大弱點政府：面對蓄意合謀情況難揭違法行為- 港聞（来源：點新聞，2026年07月16日）</w:t>
      </w:r>
    </w:p>
    <w:p>
      <w:pPr>
        <w:spacing w:line="560" w:lineRule="exact"/>
        <w:ind w:firstLine="640"/>
        <w:jc w:val="both"/>
      </w:pPr>
      <w:r>
        <w:rPr>
          <w:rFonts w:ascii="仿宋_GB2312" w:hAnsi="仿宋_GB2312" w:eastAsia="仿宋_GB2312"/>
          <w:b w:val="0"/>
          <w:sz w:val="32"/>
        </w:rPr>
        <w:t>https://news.google.com/rss/articles/CBMiekFVX3lxTE9mTFhISDZBSnk5eDJRbHpxQ01ja2hkT2N5Q1drR21IVXVvd3QtYVphN3piakFwV2w4MWxXZHJZUjU5bmhTbXlyRGpnQkxsSUFJeWJDQ2hOOUZrR2tucm5teGVhT3lsdUExM2MzZ1JmT2pMVTZzLUVXcVNR?oc=5</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